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MICHIGAN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Michigan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in the year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