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2" w:after="0"/>
        <w:jc w:val="center"/>
      </w:pPr>
      <w:r>
        <w:rPr>
          <w:rFonts w:ascii="Times New Roman" w:hAnsi="Times New Roman" w:eastAsia="Times New Roman" w:cs="Times New Roman"/>
          <w:sz w:val="24"/>
        </w:rPr>
        <w:t>Michigan Power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</w:p>
    <w:p>
      <w:pPr>
        <w:spacing w:before="12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for Minor Child</w:t>
      </w:r>
    </w:p>
    <w:p>
      <w:pPr>
        <w:spacing w:before="12" w:after="0"/>
        <w:jc w:val="center"/>
      </w:pPr>
      <w:r>
        <w:rPr>
          <w:rFonts w:ascii="Times New Roman" w:hAnsi="Times New Roman" w:eastAsia="Times New Roman" w:cs="Times New Roman"/>
          <w:sz w:val="24"/>
        </w:rPr>
        <w:t>(Under Michigan Compiled Laws §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700.5103)</w:t>
      </w:r>
    </w:p>
    <w:p>
      <w:pPr>
        <w:spacing w:before="1" w:after="0"/>
      </w:pPr>
    </w:p>
    <w:p>
      <w:pPr>
        <w:spacing w:line="275" w:lineRule="exact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 hereby make, constitute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line="275" w:lineRule="exact"/>
        <w:jc w:val="center"/>
      </w:pPr>
    </w:p>
    <w:p>
      <w:pPr>
        <w:spacing w:line="275" w:lineRule="exact"/>
      </w:pP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>, as my true and lawful attorney in fact for 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in my name, place and stead. </w:t>
      </w:r>
    </w:p>
    <w:p>
      <w:pPr>
        <w:spacing w:line="275" w:lineRule="exact"/>
        <w:jc w:val="center"/>
      </w:pPr>
    </w:p>
    <w:p>
      <w:pPr>
        <w:spacing w:line="275" w:lineRule="exact"/>
      </w:pPr>
      <w:r>
        <w:rPr>
          <w:rFonts w:ascii="Times New Roman" w:hAnsi="Times New Roman" w:eastAsia="Times New Roman" w:cs="Times New Roman"/>
          <w:sz w:val="24"/>
        </w:rPr>
        <w:t>I give unto said attorney full power to do and perform 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duties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which I have as a custodial </w:t>
      </w:r>
    </w:p>
    <w:p>
      <w:pPr>
        <w:spacing w:line="275" w:lineRule="exact"/>
      </w:pPr>
    </w:p>
    <w:p>
      <w:pPr>
        <w:spacing w:line="275" w:lineRule="exact"/>
      </w:pPr>
      <w:r>
        <w:rPr>
          <w:rFonts w:ascii="Times New Roman" w:hAnsi="Times New Roman" w:eastAsia="Times New Roman" w:cs="Times New Roman"/>
          <w:sz w:val="24"/>
        </w:rPr>
        <w:t>parent and legal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>
        <w:spacing w:before="165" w:after="0"/>
      </w:pPr>
      <w:r>
        <w:rPr>
          <w:rFonts w:ascii="Times New Roman" w:hAnsi="Times New Roman" w:eastAsia="Times New Roman" w:cs="Times New Roman"/>
          <w:sz w:val="24"/>
        </w:rPr>
        <w:t>whose date of birth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including, but not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to,</w:t>
      </w:r>
    </w:p>
    <w:p>
      <w:pPr/>
    </w:p>
    <w:p>
      <w:pPr>
        <w:spacing w:before="10" w:after="0"/>
      </w:pPr>
    </w:p>
    <w:p>
      <w:pPr>
        <w:spacing w:before="69" w:after="0" w:line="590" w:lineRule="auto"/>
      </w:pPr>
      <w:r>
        <w:rPr>
          <w:rFonts w:ascii="Times New Roman" w:hAnsi="Times New Roman" w:eastAsia="Times New Roman" w:cs="Times New Roman"/>
          <w:sz w:val="24"/>
        </w:rPr>
        <w:t>making necessary decisions concerning the health (including the authorization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medical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treatment), education (including enrolling in school), property, custody and general care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child. In accordance with Michigan Compiled Laws § 700.5103, this delegation does 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include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power to consent to marriage and/or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adoption.</w:t>
      </w:r>
    </w:p>
    <w:p>
      <w:pPr>
        <w:spacing w:before="16" w:after="0"/>
      </w:pPr>
      <w:r>
        <w:rPr>
          <w:rFonts w:ascii="Times New Roman" w:hAnsi="Times New Roman" w:eastAsia="Times New Roman" w:cs="Times New Roman"/>
          <w:sz w:val="24"/>
        </w:rPr>
        <w:t>This delegation of power will end six (6) months after the date that I affix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signature </w:t>
      </w:r>
    </w:p>
    <w:p>
      <w:pPr>
        <w:spacing w:before="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below, </w:t>
      </w:r>
      <w:r>
        <w:rPr>
          <w:rFonts w:ascii="Times New Roman" w:hAnsi="Times New Roman" w:eastAsia="Times New Roman" w:cs="Times New Roman"/>
          <w:sz w:val="24"/>
        </w:rPr>
        <w:t>unless revoked by me in writing before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date.</w:t>
      </w:r>
    </w:p>
    <w:p>
      <w:pPr/>
    </w:p>
    <w:p>
      <w:pPr/>
    </w:p>
    <w:p>
      <w:pPr>
        <w:spacing w:before="3" w:after="0"/>
      </w:pP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</w:p>
    <w:p>
      <w:pPr>
        <w:spacing w:before="3" w:after="0"/>
      </w:pP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before="18" w:after="0"/>
      </w:pPr>
      <w:r>
        <w:rPr>
          <w:rFonts w:ascii="Times New Roman" w:hAnsi="Times New Roman" w:eastAsia="Times New Roman" w:cs="Times New Roman"/>
          <w:sz w:val="24"/>
        </w:rPr>
        <w:t>(Signature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Parent)</w:t>
        <w:tab/>
        <w:t>(Witness)</w:t>
      </w:r>
    </w:p>
    <w:p>
      <w:pPr/>
    </w:p>
    <w:p>
      <w:pPr>
        <w:spacing w:before="3" w:after="0"/>
      </w:pP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</w:p>
    <w:p>
      <w:pPr>
        <w:spacing w:before="9" w:after="0"/>
      </w:pP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before="13" w:after="0"/>
      </w:pPr>
      <w:r>
        <w:rPr>
          <w:rFonts w:ascii="Times New Roman" w:hAnsi="Times New Roman" w:eastAsia="Times New Roman" w:cs="Times New Roman"/>
          <w:sz w:val="24"/>
        </w:rPr>
        <w:t>(Date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Signed)</w:t>
        <w:tab/>
        <w:t>(Witness)</w:t>
      </w:r>
    </w:p>
    <w:p>
      <w:pPr>
        <w:spacing w:before="1" w:after="0"/>
      </w:pPr>
    </w:p>
    <w:p>
      <w:pPr/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Acknowledged before 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[DAY]</w:t>
      </w:r>
    </w:p>
    <w:p>
      <w:pPr>
        <w:spacing w:before="0" w:after="0"/>
      </w:pPr>
      <w:r>
        <w:rPr>
          <w:rFonts w:ascii="Times New Roman" w:hAnsi="Times New Roman" w:eastAsia="Times New Roman" w:cs="Times New Roman"/>
          <w:sz w:val="24"/>
        </w:rPr>
        <w:t xml:space="preserve">day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[MONTH]</w:t>
      </w:r>
    </w:p>
    <w:p>
      <w:pPr>
        <w:spacing w:before="0" w:after="0"/>
      </w:pPr>
      <w:r>
        <w:rPr>
          <w:rFonts w:ascii="Times New Roman" w:hAnsi="Times New Roman" w:eastAsia="Times New Roman" w:cs="Times New Roman"/>
          <w:sz w:val="24"/>
        </w:rPr>
        <w:t>,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/>
    </w:p>
    <w:p>
      <w:pPr>
        <w:spacing w:before="3" w:after="0"/>
      </w:pP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</w:p>
    <w:p>
      <w:pPr>
        <w:spacing w:before="69" w:after="0"/>
      </w:pPr>
    </w:p>
    <w:p>
      <w:pPr>
        <w:spacing w:before="84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</w:t>
      </w:r>
    </w:p>
    <w:p>
      <w:pPr>
        <w:spacing w:before="84" w:after="0"/>
      </w:pPr>
      <w:r>
        <w:rPr>
          <w:rFonts w:ascii="Times New Roman" w:hAnsi="Times New Roman" w:eastAsia="Times New Roman" w:cs="Times New Roman"/>
          <w:sz w:val="24"/>
        </w:rPr>
        <w:t>My Commission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Expires: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[DATE]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