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Michigan Quitclaim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 </w:t>
      </w:r>
      <w:r>
        <w:rPr>
          <w:rFonts w:ascii="Times New Roman" w:hAnsi="Times New Roman" w:eastAsia="Times New Roman" w:cs="Times New Roman"/>
          <w:sz w:val="24"/>
        </w:rPr>
        <w:t>A mark in this box affirms that the property being transferred is unplatted: This property may be located within the vicinity of farmland or a farm operation. Generally accepted agricultural and management practices which may generate noise, dust, odors, and other associated conditions may be used and are protected by the Michigan right to farm act.</w:t>
      </w:r>
    </w:p>
    <w:p>
      <w:pPr>
        <w:jc w:val="both"/>
      </w:pPr>
    </w:p>
    <w:p>
      <w:pPr>
        <w:jc w:val="both"/>
      </w:pPr>
      <w:r>
        <w:rPr>
          <w:rFonts w:ascii="Times New Roman" w:hAnsi="Times New Roman" w:eastAsia="Times New Roman" w:cs="Times New Roman"/>
          <w:sz w:val="24"/>
        </w:rPr>
        <w:t xml:space="preserve">The Grantor </w:t>
      </w:r>
      <w:r>
        <w:rPr>
          <w:rFonts w:ascii="Times New Roman" w:hAnsi="Times New Roman" w:eastAsia="Times New Roman" w:cs="Times New Roman"/>
          <w:sz w:val="24"/>
        </w:rPr>
        <w:t xml:space="preserve"> is -OR- </w:t>
      </w:r>
      <w:r>
        <w:rPr>
          <w:rFonts w:ascii="Times New Roman" w:hAnsi="Times New Roman" w:eastAsia="Times New Roman" w:cs="Times New Roman"/>
          <w:sz w:val="24"/>
        </w:rPr>
        <w:t xml:space="preserve"> is not transferring the right to make further divisions exempt from the platting requirements of the Land Division Act.</w:t>
      </w:r>
    </w:p>
    <w:p>
      <w:pPr/>
    </w:p>
    <w:p>
      <w:pPr>
        <w:spacing w:line="276" w:lineRule="auto"/>
        <w:jc w:val="both"/>
      </w:pPr>
      <w:r>
        <w:rPr>
          <w:rFonts w:ascii="Times New Roman" w:hAnsi="Times New Roman" w:eastAsia="Times New Roman" w:cs="Times New Roman"/>
          <w:sz w:val="24"/>
        </w:rPr>
        <w:t>This transfer</w:t>
        <w:tab/>
      </w:r>
      <w:r>
        <w:rPr>
          <w:rFonts w:ascii="Times New Roman" w:hAnsi="Times New Roman" w:eastAsia="Times New Roman" w:cs="Times New Roman"/>
          <w:sz w:val="24"/>
        </w:rPr>
        <w:t xml:space="preserve"> is not exempt from real estate transfer tax.</w:t>
      </w:r>
    </w:p>
    <w:p>
      <w:pPr>
        <w:spacing w:line="276" w:lineRule="auto"/>
        <w:jc w:val="both"/>
      </w:pPr>
      <w:r>
        <w:rPr>
          <w:rFonts w:ascii="Times New Roman" w:hAnsi="Times New Roman" w:eastAsia="Times New Roman" w:cs="Times New Roman"/>
          <w:sz w:val="24"/>
        </w:rPr>
        <w:tab/>
        <w:t>-OR-</w:t>
      </w:r>
    </w:p>
    <w:p>
      <w:pPr>
        <w:spacing w:line="276" w:lineRule="auto"/>
        <w:jc w:val="both"/>
      </w:pPr>
      <w:r>
        <w:rPr>
          <w:rFonts w:ascii="Times New Roman" w:hAnsi="Times New Roman" w:eastAsia="Times New Roman" w:cs="Times New Roman"/>
          <w:sz w:val="24"/>
        </w:rPr>
        <w:tab/>
      </w:r>
      <w:r>
        <w:rPr>
          <w:rFonts w:ascii="Times New Roman" w:hAnsi="Times New Roman" w:eastAsia="Times New Roman" w:cs="Times New Roman"/>
          <w:sz w:val="24"/>
        </w:rPr>
        <w:t xml:space="preserve"> is exempt from real estate transfer tax per MCL 207.526 Sec.6 _________</w:t>
      </w:r>
    </w:p>
    <w:p>
      <w:pPr/>
    </w:p>
    <w:p>
      <w:pPr>
        <w:jc w:val="both"/>
      </w:pP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all and singular the described property, together with the tenements, hereditaments, and appurtenances belonging, or in anywise appertaining thereto, unto the Grantee(s), and their heirs and assigns forever.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Quitclaim Deed as of the date hereinunder.</w:t>
      </w:r>
    </w:p>
    <w:p>
      <w:pPr/>
    </w:p>
    <w:p>
      <w:pPr/>
    </w:p>
    <w:p>
      <w:pPr/>
    </w:p>
    <w:p>
      <w:pPr/>
      <w:r>
        <w:rPr>
          <w:rFonts w:ascii="Times New Roman" w:hAnsi="Times New Roman" w:eastAsia="Times New Roman" w:cs="Times New Roman"/>
          <w:sz w:val="24"/>
        </w:rPr>
        <w:t>I, the Grantor’s Wife, do hereby release all my life estate and other dower rights in the above-described real property and I hereby discharge my husband, his heirs, executors, and administrators for any claim for dower in respect of the property.</w:t>
      </w: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Michigan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