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MICHIGAN RENTAL APPLICATION</w:t>
      </w:r>
    </w:p>
    <w:p>
      <w:pPr/>
    </w:p>
    <w:p>
      <w:pPr/>
      <w:r>
        <w:rPr>
          <w:rFonts w:ascii="Times New Roman" w:hAnsi="Times New Roman" w:eastAsia="Times New Roman" w:cs="Times New Roman"/>
          <w:sz w:val="24"/>
        </w:rPr>
        <w:t>Fee: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(non-refundable)</w:t>
      </w:r>
    </w:p>
    <w:p>
      <w:pPr>
        <w:jc w:val="center"/>
      </w:pPr>
    </w:p>
    <w:p>
      <w:pPr/>
    </w:p>
    <w:p>
      <w:pPr/>
      <w:r>
        <w:rPr>
          <w:rFonts w:ascii="Times New Roman" w:hAnsi="Times New Roman" w:eastAsia="Times New Roman" w:cs="Times New Roman"/>
          <w:sz w:val="24"/>
        </w:rPr>
        <w:t xml:space="preserve">Property Type: </w:t>
      </w:r>
      <w:r>
        <w:rPr>
          <w:rFonts w:ascii="Times New Roman" w:hAnsi="Times New Roman" w:eastAsia="Times New Roman" w:cs="Times New Roman"/>
          <w:sz w:val="24"/>
        </w:rPr>
        <w:t xml:space="preserve"> Apartment </w:t>
      </w:r>
      <w:r>
        <w:rPr>
          <w:rFonts w:ascii="Times New Roman" w:hAnsi="Times New Roman" w:eastAsia="Times New Roman" w:cs="Times New Roman"/>
          <w:sz w:val="24"/>
        </w:rPr>
        <w:t xml:space="preserve"> Condominium </w:t>
      </w:r>
      <w:r>
        <w:rPr>
          <w:rFonts w:ascii="Times New Roman" w:hAnsi="Times New Roman" w:eastAsia="Times New Roman" w:cs="Times New Roman"/>
          <w:sz w:val="24"/>
        </w:rPr>
        <w:t xml:space="preserve"> House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sz w:val="24"/>
        </w:rPr>
        <w:t xml:space="preserve">Property Address: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Monthly Rent: $</w:t>
      </w:r>
      <w:r>
        <w:rPr>
          <w:rFonts w:ascii="Times New Roman" w:hAnsi="Times New Roman" w:eastAsia="Times New Roman" w:cs="Times New Roman"/>
          <w:sz w:val="24"/>
        </w:rPr>
        <w:t>[AMOUNT]</w:t>
      </w:r>
    </w:p>
    <w:p>
      <w:pPr/>
      <w:r>
        <w:rPr>
          <w:rFonts w:ascii="Times New Roman" w:hAnsi="Times New Roman" w:eastAsia="Times New Roman" w:cs="Times New Roman"/>
          <w:sz w:val="24"/>
        </w:rPr>
        <w:t xml:space="preserve">Bedrooms: </w:t>
      </w:r>
      <w:r>
        <w:rPr>
          <w:rFonts w:ascii="Times New Roman" w:hAnsi="Times New Roman" w:eastAsia="Times New Roman" w:cs="Times New Roman"/>
          <w:sz w:val="24"/>
        </w:rPr>
        <w:t>[#]</w:t>
      </w:r>
      <w:r>
        <w:rPr>
          <w:rFonts w:ascii="Times New Roman" w:hAnsi="Times New Roman" w:eastAsia="Times New Roman" w:cs="Times New Roman"/>
          <w:sz w:val="24"/>
        </w:rPr>
        <w:tab/>
        <w:tab/>
        <w:t xml:space="preserve">Bathrooms: </w:t>
      </w:r>
      <w:r>
        <w:rPr>
          <w:rFonts w:ascii="Times New Roman" w:hAnsi="Times New Roman" w:eastAsia="Times New Roman" w:cs="Times New Roman"/>
          <w:sz w:val="24"/>
        </w:rPr>
        <w:t>[#]</w:t>
      </w:r>
      <w:r>
        <w:rPr>
          <w:rFonts w:ascii="Times New Roman" w:hAnsi="Times New Roman" w:eastAsia="Times New Roman" w:cs="Times New Roman"/>
          <w:sz w:val="24"/>
        </w:rPr>
        <w:tab/>
        <w:tab/>
        <w:t xml:space="preserve">Square Feet: </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Lease Type: </w:t>
      </w:r>
      <w:r>
        <w:rPr>
          <w:rFonts w:ascii="Times New Roman" w:hAnsi="Times New Roman" w:eastAsia="Times New Roman" w:cs="Times New Roman"/>
          <w:sz w:val="24"/>
        </w:rPr>
        <w:t xml:space="preserve"> Fixed-Term </w:t>
      </w:r>
      <w:r>
        <w:rPr>
          <w:rFonts w:ascii="Times New Roman" w:hAnsi="Times New Roman" w:eastAsia="Times New Roman" w:cs="Times New Roman"/>
          <w:sz w:val="24"/>
        </w:rPr>
        <w:t xml:space="preserve"> Month-to-Month</w:t>
        <w:tab/>
        <w:t xml:space="preserve">Start Date: </w:t>
      </w:r>
      <w:r>
        <w:rPr>
          <w:rFonts w:ascii="Times New Roman" w:hAnsi="Times New Roman" w:eastAsia="Times New Roman" w:cs="Times New Roman"/>
          <w:sz w:val="24"/>
        </w:rPr>
        <w:t>[START DATE]</w:t>
      </w:r>
    </w:p>
    <w:p>
      <w:pPr/>
      <w:r>
        <w:rPr>
          <w:rFonts w:ascii="Times New Roman" w:hAnsi="Times New Roman" w:eastAsia="Times New Roman" w:cs="Times New Roman"/>
          <w:sz w:val="24"/>
        </w:rPr>
        <w:t xml:space="preserve">Pets Allowed?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 - If yes, types allowed: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 xml:space="preserve">Parking?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 - If yes, describe: </w:t>
      </w:r>
      <w:r>
        <w:rPr>
          <w:rFonts w:ascii="Times New Roman" w:hAnsi="Times New Roman" w:eastAsia="Times New Roman" w:cs="Times New Roman"/>
          <w:sz w:val="24"/>
        </w:rPr>
        <w:t>[DESCRIBE PARKING]</w:t>
      </w:r>
    </w:p>
    <w:p>
      <w:pPr/>
      <w:r>
        <w:rPr>
          <w:rFonts w:ascii="Times New Roman" w:hAnsi="Times New Roman" w:eastAsia="Times New Roman" w:cs="Times New Roman"/>
          <w:sz w:val="24"/>
        </w:rPr>
        <w:t xml:space="preserve">Smoking Allowed?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tab/>
      </w:r>
    </w:p>
    <w:p>
      <w:pPr/>
    </w:p>
    <w:p>
      <w:pPr/>
    </w:p>
    <w:p>
      <w:pPr/>
      <w:r>
        <w:rPr>
          <w:rFonts w:ascii="Times New Roman" w:hAnsi="Times New Roman" w:eastAsia="Times New Roman" w:cs="Times New Roman"/>
          <w:sz w:val="24"/>
        </w:rPr>
        <w:t xml:space="preserve">Applicant’s Full Name: </w:t>
      </w:r>
      <w:r>
        <w:rPr>
          <w:rFonts w:ascii="Times New Roman" w:hAnsi="Times New Roman" w:eastAsia="Times New Roman" w:cs="Times New Roman"/>
          <w:sz w:val="24"/>
        </w:rPr>
        <w:t>[APPLICANT'S FULL NAME]</w:t>
      </w:r>
      <w:r>
        <w:rPr>
          <w:rFonts w:ascii="Times New Roman" w:hAnsi="Times New Roman" w:eastAsia="Times New Roman" w:cs="Times New Roman"/>
          <w:sz w:val="24"/>
        </w:rPr>
        <w:tab/>
        <w:t xml:space="preserve">SSN: </w:t>
      </w:r>
      <w:r>
        <w:rPr>
          <w:rFonts w:ascii="Times New Roman" w:hAnsi="Times New Roman" w:eastAsia="Times New Roman" w:cs="Times New Roman"/>
          <w:sz w:val="24"/>
        </w:rPr>
        <w:t>[SSN #]</w:t>
      </w:r>
    </w:p>
    <w:p>
      <w:pPr/>
      <w:r>
        <w:rPr>
          <w:rFonts w:ascii="Times New Roman" w:hAnsi="Times New Roman" w:eastAsia="Times New Roman" w:cs="Times New Roman"/>
          <w:sz w:val="24"/>
        </w:rPr>
        <w:t xml:space="preserve">Date of Birth: </w:t>
      </w:r>
      <w:r>
        <w:rPr>
          <w:rFonts w:ascii="Times New Roman" w:hAnsi="Times New Roman" w:eastAsia="Times New Roman" w:cs="Times New Roman"/>
          <w:sz w:val="24"/>
        </w:rPr>
        <w:t>[DATE OF BIRTH]</w:t>
      </w:r>
      <w:r>
        <w:rPr>
          <w:rFonts w:ascii="Times New Roman" w:hAnsi="Times New Roman" w:eastAsia="Times New Roman" w:cs="Times New Roman"/>
          <w:sz w:val="24"/>
        </w:rPr>
        <w:tab/>
        <w:t xml:space="preserve">Phone: </w:t>
      </w:r>
      <w:r>
        <w:rPr>
          <w:rFonts w:ascii="Times New Roman" w:hAnsi="Times New Roman" w:eastAsia="Times New Roman" w:cs="Times New Roman"/>
          <w:sz w:val="24"/>
        </w:rPr>
        <w:t>[PHONE #]</w:t>
      </w:r>
    </w:p>
    <w:p>
      <w:pPr/>
      <w:r>
        <w:rPr>
          <w:rFonts w:ascii="Times New Roman" w:hAnsi="Times New Roman" w:eastAsia="Times New Roman" w:cs="Times New Roman"/>
          <w:sz w:val="24"/>
        </w:rPr>
        <w:t xml:space="preserve">E-Mail: </w:t>
      </w:r>
      <w:r>
        <w:rPr>
          <w:rFonts w:ascii="Times New Roman" w:hAnsi="Times New Roman" w:eastAsia="Times New Roman" w:cs="Times New Roman"/>
          <w:sz w:val="24"/>
        </w:rPr>
        <w:t>[E-MAIL]</w:t>
      </w:r>
    </w:p>
    <w:p>
      <w:pPr/>
      <w:r>
        <w:rPr>
          <w:rFonts w:ascii="Times New Roman" w:hAnsi="Times New Roman" w:eastAsia="Times New Roman" w:cs="Times New Roman"/>
          <w:sz w:val="24"/>
        </w:rPr>
        <w:t xml:space="preserve">Photo ID: </w:t>
      </w:r>
      <w:r>
        <w:rPr>
          <w:rFonts w:ascii="Times New Roman" w:hAnsi="Times New Roman" w:eastAsia="Times New Roman" w:cs="Times New Roman"/>
          <w:sz w:val="24"/>
        </w:rPr>
        <w:t xml:space="preserve"> Driver’s License </w:t>
      </w:r>
      <w:r>
        <w:rPr>
          <w:rFonts w:ascii="Times New Roman" w:hAnsi="Times New Roman" w:eastAsia="Times New Roman" w:cs="Times New Roman"/>
          <w:sz w:val="24"/>
        </w:rPr>
        <w:t xml:space="preserve"> Passport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[TYPE OF ID]</w:t>
      </w:r>
    </w:p>
    <w:p>
      <w:pPr/>
      <w:r>
        <w:rPr>
          <w:rFonts w:ascii="Times New Roman" w:hAnsi="Times New Roman" w:eastAsia="Times New Roman" w:cs="Times New Roman"/>
          <w:sz w:val="24"/>
        </w:rPr>
        <w:t xml:space="preserve">ID#: </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Are you a U.S. Citizen?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 - If no, describe where: </w:t>
      </w:r>
      <w:r>
        <w:rPr>
          <w:rFonts w:ascii="Times New Roman" w:hAnsi="Times New Roman" w:eastAsia="Times New Roman" w:cs="Times New Roman"/>
          <w:sz w:val="24"/>
        </w:rPr>
        <w:t>[ENTER COUNTRY]</w:t>
      </w:r>
    </w:p>
    <w:p>
      <w:pPr/>
      <w:r>
        <w:rPr>
          <w:rFonts w:ascii="Times New Roman" w:hAnsi="Times New Roman" w:eastAsia="Times New Roman" w:cs="Times New Roman"/>
          <w:sz w:val="24"/>
        </w:rPr>
        <w:t xml:space="preserve">Do you have pets?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 - If yes, describe: </w:t>
      </w:r>
      <w:r>
        <w:rPr>
          <w:rFonts w:ascii="Times New Roman" w:hAnsi="Times New Roman" w:eastAsia="Times New Roman" w:cs="Times New Roman"/>
          <w:sz w:val="24"/>
        </w:rPr>
        <w:t>[DESCRIBE PETS]</w:t>
      </w:r>
    </w:p>
    <w:p>
      <w:pPr>
        <w:jc w:val="center"/>
      </w:pPr>
    </w:p>
    <w:p>
      <w:pPr/>
    </w:p>
    <w:p>
      <w:pPr/>
      <w:r>
        <w:rPr>
          <w:rFonts w:ascii="Times New Roman" w:hAnsi="Times New Roman" w:eastAsia="Times New Roman" w:cs="Times New Roman"/>
          <w:sz w:val="24"/>
        </w:rPr>
        <w:t xml:space="preserve">Property Type: </w:t>
      </w:r>
      <w:r>
        <w:rPr>
          <w:rFonts w:ascii="Times New Roman" w:hAnsi="Times New Roman" w:eastAsia="Times New Roman" w:cs="Times New Roman"/>
          <w:sz w:val="24"/>
        </w:rPr>
        <w:t xml:space="preserve"> Apartment </w:t>
      </w:r>
      <w:r>
        <w:rPr>
          <w:rFonts w:ascii="Times New Roman" w:hAnsi="Times New Roman" w:eastAsia="Times New Roman" w:cs="Times New Roman"/>
          <w:sz w:val="24"/>
        </w:rPr>
        <w:t xml:space="preserve"> Condominium </w:t>
      </w:r>
      <w:r>
        <w:rPr>
          <w:rFonts w:ascii="Times New Roman" w:hAnsi="Times New Roman" w:eastAsia="Times New Roman" w:cs="Times New Roman"/>
          <w:sz w:val="24"/>
        </w:rPr>
        <w:t xml:space="preserve"> House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 PROPERTY]</w:t>
      </w:r>
    </w:p>
    <w:p>
      <w:pPr/>
      <w:r>
        <w:rPr>
          <w:rFonts w:ascii="Times New Roman" w:hAnsi="Times New Roman" w:eastAsia="Times New Roman" w:cs="Times New Roman"/>
          <w:sz w:val="24"/>
        </w:rPr>
        <w:t xml:space="preserve">Property Address: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Monthly Rent: $</w:t>
      </w:r>
      <w:r>
        <w:rPr>
          <w:rFonts w:ascii="Times New Roman" w:hAnsi="Times New Roman" w:eastAsia="Times New Roman" w:cs="Times New Roman"/>
          <w:sz w:val="24"/>
        </w:rPr>
        <w:t>[MONTHLY RENT]</w:t>
      </w:r>
    </w:p>
    <w:p>
      <w:pPr/>
      <w:r>
        <w:rPr>
          <w:rFonts w:ascii="Times New Roman" w:hAnsi="Times New Roman" w:eastAsia="Times New Roman" w:cs="Times New Roman"/>
          <w:sz w:val="24"/>
        </w:rPr>
        <w:t xml:space="preserve">Bedrooms: </w:t>
      </w:r>
      <w:r>
        <w:rPr>
          <w:rFonts w:ascii="Times New Roman" w:hAnsi="Times New Roman" w:eastAsia="Times New Roman" w:cs="Times New Roman"/>
          <w:sz w:val="24"/>
        </w:rPr>
        <w:t>[#]</w:t>
      </w:r>
      <w:r>
        <w:rPr>
          <w:rFonts w:ascii="Times New Roman" w:hAnsi="Times New Roman" w:eastAsia="Times New Roman" w:cs="Times New Roman"/>
          <w:sz w:val="24"/>
        </w:rPr>
        <w:tab/>
        <w:tab/>
        <w:t xml:space="preserve">Bathrooms: </w:t>
      </w:r>
      <w:r>
        <w:rPr>
          <w:rFonts w:ascii="Times New Roman" w:hAnsi="Times New Roman" w:eastAsia="Times New Roman" w:cs="Times New Roman"/>
          <w:sz w:val="24"/>
        </w:rPr>
        <w:t>[#]</w:t>
      </w:r>
      <w:r>
        <w:rPr>
          <w:rFonts w:ascii="Times New Roman" w:hAnsi="Times New Roman" w:eastAsia="Times New Roman" w:cs="Times New Roman"/>
          <w:sz w:val="24"/>
        </w:rPr>
        <w:tab/>
        <w:tab/>
        <w:t xml:space="preserve">Square Feet: </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Lease Start: </w:t>
      </w:r>
      <w:r>
        <w:rPr>
          <w:rFonts w:ascii="Times New Roman" w:hAnsi="Times New Roman" w:eastAsia="Times New Roman" w:cs="Times New Roman"/>
          <w:sz w:val="24"/>
        </w:rPr>
        <w:t>[START DATE]</w:t>
      </w:r>
      <w:r>
        <w:rPr>
          <w:rFonts w:ascii="Times New Roman" w:hAnsi="Times New Roman" w:eastAsia="Times New Roman" w:cs="Times New Roman"/>
          <w:sz w:val="24"/>
        </w:rPr>
        <w:tab/>
        <w:t xml:space="preserve">Lease End: </w:t>
      </w:r>
      <w:r>
        <w:rPr>
          <w:rFonts w:ascii="Times New Roman" w:hAnsi="Times New Roman" w:eastAsia="Times New Roman" w:cs="Times New Roman"/>
          <w:sz w:val="24"/>
        </w:rPr>
        <w:t>[END DATE]</w:t>
      </w:r>
    </w:p>
    <w:p>
      <w:pPr/>
      <w:r>
        <w:rPr>
          <w:rFonts w:ascii="Times New Roman" w:hAnsi="Times New Roman" w:eastAsia="Times New Roman" w:cs="Times New Roman"/>
          <w:sz w:val="24"/>
        </w:rPr>
        <w:t xml:space="preserve">Reason for Moving: </w:t>
      </w:r>
      <w:r>
        <w:rPr>
          <w:rFonts w:ascii="Times New Roman" w:hAnsi="Times New Roman" w:eastAsia="Times New Roman" w:cs="Times New Roman"/>
          <w:sz w:val="24"/>
        </w:rPr>
        <w:t>[REASON FOR MOVING]</w:t>
      </w: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Landlord’s Phone: </w:t>
      </w:r>
      <w:r>
        <w:rPr>
          <w:rFonts w:ascii="Times New Roman" w:hAnsi="Times New Roman" w:eastAsia="Times New Roman" w:cs="Times New Roman"/>
          <w:sz w:val="24"/>
        </w:rPr>
        <w:t>[LANDLORD'S PHONE]</w:t>
      </w:r>
      <w:r>
        <w:rPr>
          <w:rFonts w:ascii="Times New Roman" w:hAnsi="Times New Roman" w:eastAsia="Times New Roman" w:cs="Times New Roman"/>
          <w:sz w:val="24"/>
        </w:rPr>
        <w:tab/>
        <w:t xml:space="preserve">Landlord’s E-Mail: </w:t>
      </w:r>
      <w:r>
        <w:rPr>
          <w:rFonts w:ascii="Times New Roman" w:hAnsi="Times New Roman" w:eastAsia="Times New Roman" w:cs="Times New Roman"/>
          <w:sz w:val="24"/>
        </w:rPr>
        <w:t>[LANDLORD'S E-MAIL]</w:t>
      </w:r>
    </w:p>
    <w:p>
      <w:pPr/>
    </w:p>
    <w:p>
      <w:pPr/>
    </w:p>
    <w:p>
      <w:pPr/>
      <w:r>
        <w:rPr>
          <w:rFonts w:ascii="Times New Roman" w:hAnsi="Times New Roman" w:eastAsia="Times New Roman" w:cs="Times New Roman"/>
          <w:sz w:val="24"/>
        </w:rPr>
        <w:t xml:space="preserve">Property Type: </w:t>
      </w:r>
      <w:r>
        <w:rPr>
          <w:rFonts w:ascii="Times New Roman" w:hAnsi="Times New Roman" w:eastAsia="Times New Roman" w:cs="Times New Roman"/>
          <w:sz w:val="24"/>
        </w:rPr>
        <w:t xml:space="preserve"> Apartment </w:t>
      </w:r>
      <w:r>
        <w:rPr>
          <w:rFonts w:ascii="Times New Roman" w:hAnsi="Times New Roman" w:eastAsia="Times New Roman" w:cs="Times New Roman"/>
          <w:sz w:val="24"/>
        </w:rPr>
        <w:t xml:space="preserve"> Condominium </w:t>
      </w:r>
      <w:r>
        <w:rPr>
          <w:rFonts w:ascii="Times New Roman" w:hAnsi="Times New Roman" w:eastAsia="Times New Roman" w:cs="Times New Roman"/>
          <w:sz w:val="24"/>
        </w:rPr>
        <w:t xml:space="preserve"> House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 PROPERTY]</w:t>
      </w:r>
    </w:p>
    <w:p>
      <w:pPr/>
      <w:r>
        <w:rPr>
          <w:rFonts w:ascii="Times New Roman" w:hAnsi="Times New Roman" w:eastAsia="Times New Roman" w:cs="Times New Roman"/>
          <w:sz w:val="24"/>
        </w:rPr>
        <w:t xml:space="preserve">Property Address: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Monthly Rent: $</w:t>
      </w:r>
      <w:r>
        <w:rPr>
          <w:rFonts w:ascii="Times New Roman" w:hAnsi="Times New Roman" w:eastAsia="Times New Roman" w:cs="Times New Roman"/>
          <w:sz w:val="24"/>
        </w:rPr>
        <w:t>[MONTHLY RENT]</w:t>
      </w:r>
    </w:p>
    <w:p>
      <w:pPr/>
      <w:r>
        <w:rPr>
          <w:rFonts w:ascii="Times New Roman" w:hAnsi="Times New Roman" w:eastAsia="Times New Roman" w:cs="Times New Roman"/>
          <w:sz w:val="24"/>
        </w:rPr>
        <w:t xml:space="preserve">Bedrooms: </w:t>
      </w:r>
      <w:r>
        <w:rPr>
          <w:rFonts w:ascii="Times New Roman" w:hAnsi="Times New Roman" w:eastAsia="Times New Roman" w:cs="Times New Roman"/>
          <w:sz w:val="24"/>
        </w:rPr>
        <w:t>[#]</w:t>
      </w:r>
      <w:r>
        <w:rPr>
          <w:rFonts w:ascii="Times New Roman" w:hAnsi="Times New Roman" w:eastAsia="Times New Roman" w:cs="Times New Roman"/>
          <w:sz w:val="24"/>
        </w:rPr>
        <w:tab/>
        <w:tab/>
        <w:t xml:space="preserve">Bathrooms: </w:t>
      </w:r>
      <w:r>
        <w:rPr>
          <w:rFonts w:ascii="Times New Roman" w:hAnsi="Times New Roman" w:eastAsia="Times New Roman" w:cs="Times New Roman"/>
          <w:sz w:val="24"/>
        </w:rPr>
        <w:t>[#]</w:t>
      </w:r>
      <w:r>
        <w:rPr>
          <w:rFonts w:ascii="Times New Roman" w:hAnsi="Times New Roman" w:eastAsia="Times New Roman" w:cs="Times New Roman"/>
          <w:sz w:val="24"/>
        </w:rPr>
        <w:tab/>
        <w:tab/>
        <w:t xml:space="preserve">Square Feet: </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Lease Start: </w:t>
      </w:r>
      <w:r>
        <w:rPr>
          <w:rFonts w:ascii="Times New Roman" w:hAnsi="Times New Roman" w:eastAsia="Times New Roman" w:cs="Times New Roman"/>
          <w:sz w:val="24"/>
        </w:rPr>
        <w:t>[START DATE]</w:t>
      </w:r>
      <w:r>
        <w:rPr>
          <w:rFonts w:ascii="Times New Roman" w:hAnsi="Times New Roman" w:eastAsia="Times New Roman" w:cs="Times New Roman"/>
          <w:sz w:val="24"/>
        </w:rPr>
        <w:tab/>
        <w:t xml:space="preserve">Lease End: </w:t>
      </w:r>
      <w:r>
        <w:rPr>
          <w:rFonts w:ascii="Times New Roman" w:hAnsi="Times New Roman" w:eastAsia="Times New Roman" w:cs="Times New Roman"/>
          <w:sz w:val="24"/>
        </w:rPr>
        <w:t>[END DATE]</w:t>
      </w:r>
    </w:p>
    <w:p>
      <w:pPr/>
      <w:r>
        <w:rPr>
          <w:rFonts w:ascii="Times New Roman" w:hAnsi="Times New Roman" w:eastAsia="Times New Roman" w:cs="Times New Roman"/>
          <w:sz w:val="24"/>
        </w:rPr>
        <w:t xml:space="preserve">Reason for Moving: </w:t>
      </w:r>
      <w:r>
        <w:rPr>
          <w:rFonts w:ascii="Times New Roman" w:hAnsi="Times New Roman" w:eastAsia="Times New Roman" w:cs="Times New Roman"/>
          <w:sz w:val="24"/>
        </w:rPr>
        <w:t>[REASON FOR MOVING]</w:t>
      </w: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Landlord’s Phone: </w:t>
      </w:r>
      <w:r>
        <w:rPr>
          <w:rFonts w:ascii="Times New Roman" w:hAnsi="Times New Roman" w:eastAsia="Times New Roman" w:cs="Times New Roman"/>
          <w:sz w:val="24"/>
        </w:rPr>
        <w:t>[PHONE #]</w:t>
      </w:r>
      <w:r>
        <w:rPr>
          <w:rFonts w:ascii="Times New Roman" w:hAnsi="Times New Roman" w:eastAsia="Times New Roman" w:cs="Times New Roman"/>
          <w:sz w:val="24"/>
        </w:rPr>
        <w:tab/>
        <w:t xml:space="preserve">Landlord’s E-Mail: </w:t>
      </w:r>
      <w:r>
        <w:rPr>
          <w:rFonts w:ascii="Times New Roman" w:hAnsi="Times New Roman" w:eastAsia="Times New Roman" w:cs="Times New Roman"/>
          <w:sz w:val="24"/>
        </w:rPr>
        <w:t>[LANDLORD'S E-MAIL]</w:t>
      </w:r>
    </w:p>
    <w:p>
      <w:pPr/>
    </w:p>
    <w:p>
      <w:pPr/>
      <w:r>
        <w:rPr>
          <w:rFonts w:ascii="Times New Roman" w:hAnsi="Times New Roman" w:eastAsia="Times New Roman" w:cs="Times New Roman"/>
          <w:sz w:val="24"/>
        </w:rPr>
        <w:t xml:space="preserve">Property Address: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Monthly Rent: $</w:t>
      </w:r>
      <w:r>
        <w:rPr>
          <w:rFonts w:ascii="Times New Roman" w:hAnsi="Times New Roman" w:eastAsia="Times New Roman" w:cs="Times New Roman"/>
          <w:sz w:val="24"/>
        </w:rPr>
        <w:t>[MONTHLY RENT]</w:t>
      </w:r>
    </w:p>
    <w:p>
      <w:pPr/>
      <w:r>
        <w:rPr>
          <w:rFonts w:ascii="Times New Roman" w:hAnsi="Times New Roman" w:eastAsia="Times New Roman" w:cs="Times New Roman"/>
          <w:sz w:val="24"/>
        </w:rPr>
        <w:t xml:space="preserve">Bedrooms: </w:t>
      </w:r>
      <w:r>
        <w:rPr>
          <w:rFonts w:ascii="Times New Roman" w:hAnsi="Times New Roman" w:eastAsia="Times New Roman" w:cs="Times New Roman"/>
          <w:sz w:val="24"/>
        </w:rPr>
        <w:t>[#]</w:t>
      </w:r>
      <w:r>
        <w:rPr>
          <w:rFonts w:ascii="Times New Roman" w:hAnsi="Times New Roman" w:eastAsia="Times New Roman" w:cs="Times New Roman"/>
          <w:sz w:val="24"/>
        </w:rPr>
        <w:tab/>
        <w:tab/>
        <w:t xml:space="preserve">Bathrooms: </w:t>
      </w:r>
      <w:r>
        <w:rPr>
          <w:rFonts w:ascii="Times New Roman" w:hAnsi="Times New Roman" w:eastAsia="Times New Roman" w:cs="Times New Roman"/>
          <w:sz w:val="24"/>
        </w:rPr>
        <w:t>[#]</w:t>
      </w:r>
      <w:r>
        <w:rPr>
          <w:rFonts w:ascii="Times New Roman" w:hAnsi="Times New Roman" w:eastAsia="Times New Roman" w:cs="Times New Roman"/>
          <w:sz w:val="24"/>
        </w:rPr>
        <w:tab/>
        <w:tab/>
        <w:t xml:space="preserve">Square Feet: </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Lease Start: </w:t>
      </w:r>
      <w:r>
        <w:rPr>
          <w:rFonts w:ascii="Times New Roman" w:hAnsi="Times New Roman" w:eastAsia="Times New Roman" w:cs="Times New Roman"/>
          <w:sz w:val="24"/>
        </w:rPr>
        <w:t>[START DATE]</w:t>
      </w:r>
      <w:r>
        <w:rPr>
          <w:rFonts w:ascii="Times New Roman" w:hAnsi="Times New Roman" w:eastAsia="Times New Roman" w:cs="Times New Roman"/>
          <w:sz w:val="24"/>
        </w:rPr>
        <w:tab/>
        <w:t xml:space="preserve">Lease End: </w:t>
      </w:r>
      <w:r>
        <w:rPr>
          <w:rFonts w:ascii="Times New Roman" w:hAnsi="Times New Roman" w:eastAsia="Times New Roman" w:cs="Times New Roman"/>
          <w:sz w:val="24"/>
        </w:rPr>
        <w:t>[END DATE]</w:t>
      </w:r>
    </w:p>
    <w:p>
      <w:pPr/>
      <w:r>
        <w:rPr>
          <w:rFonts w:ascii="Times New Roman" w:hAnsi="Times New Roman" w:eastAsia="Times New Roman" w:cs="Times New Roman"/>
          <w:sz w:val="24"/>
        </w:rPr>
        <w:t xml:space="preserve">Reason for Moving: </w:t>
      </w:r>
      <w:r>
        <w:rPr>
          <w:rFonts w:ascii="Times New Roman" w:hAnsi="Times New Roman" w:eastAsia="Times New Roman" w:cs="Times New Roman"/>
          <w:sz w:val="24"/>
        </w:rPr>
        <w:t>[REASON FOR MOVING]</w:t>
      </w: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Landlord’s Phone: </w:t>
      </w:r>
      <w:r>
        <w:rPr>
          <w:rFonts w:ascii="Times New Roman" w:hAnsi="Times New Roman" w:eastAsia="Times New Roman" w:cs="Times New Roman"/>
          <w:sz w:val="24"/>
        </w:rPr>
        <w:t>[PHONE #]</w:t>
      </w:r>
      <w:r>
        <w:rPr>
          <w:rFonts w:ascii="Times New Roman" w:hAnsi="Times New Roman" w:eastAsia="Times New Roman" w:cs="Times New Roman"/>
          <w:sz w:val="24"/>
        </w:rPr>
        <w:tab/>
        <w:t xml:space="preserve">Landlord’s E-Mail: </w:t>
      </w:r>
      <w:r>
        <w:rPr>
          <w:rFonts w:ascii="Times New Roman" w:hAnsi="Times New Roman" w:eastAsia="Times New Roman" w:cs="Times New Roman"/>
          <w:sz w:val="24"/>
        </w:rPr>
        <w:t>[LANDLORD'S E-MAIL]</w:t>
      </w:r>
    </w:p>
    <w:p>
      <w:pPr>
        <w:jc w:val="center"/>
      </w:pPr>
    </w:p>
    <w:p>
      <w:pPr/>
    </w:p>
    <w:p>
      <w:pPr/>
      <w:r>
        <w:rPr>
          <w:rFonts w:ascii="Times New Roman" w:hAnsi="Times New Roman" w:eastAsia="Times New Roman" w:cs="Times New Roman"/>
          <w:sz w:val="24"/>
        </w:rPr>
        <w:t xml:space="preserve">Employer: </w:t>
      </w:r>
      <w:r>
        <w:rPr>
          <w:rFonts w:ascii="Times New Roman" w:hAnsi="Times New Roman" w:eastAsia="Times New Roman" w:cs="Times New Roman"/>
          <w:sz w:val="24"/>
        </w:rPr>
        <w:t>[EMPLOYER'S NAME]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Employer’s Address: </w:t>
      </w:r>
      <w:r>
        <w:rPr>
          <w:rFonts w:ascii="Times New Roman" w:hAnsi="Times New Roman" w:eastAsia="Times New Roman" w:cs="Times New Roman"/>
          <w:sz w:val="24"/>
        </w:rPr>
        <w:t>[EMPLOYER'S ADDRESS]</w:t>
      </w:r>
    </w:p>
    <w:p>
      <w:pPr/>
      <w:r>
        <w:rPr>
          <w:rFonts w:ascii="Times New Roman" w:hAnsi="Times New Roman" w:eastAsia="Times New Roman" w:cs="Times New Roman"/>
          <w:sz w:val="24"/>
        </w:rPr>
        <w:t xml:space="preserve">Title / Occupation: </w:t>
      </w:r>
      <w:r>
        <w:rPr>
          <w:rFonts w:ascii="Times New Roman" w:hAnsi="Times New Roman" w:eastAsia="Times New Roman" w:cs="Times New Roman"/>
          <w:sz w:val="24"/>
        </w:rPr>
        <w:t>[TITLE]</w:t>
      </w:r>
    </w:p>
    <w:p>
      <w:pPr/>
      <w:r>
        <w:rPr>
          <w:rFonts w:ascii="Times New Roman" w:hAnsi="Times New Roman" w:eastAsia="Times New Roman" w:cs="Times New Roman"/>
          <w:sz w:val="24"/>
        </w:rPr>
        <w:t>Gross Monthly Income: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t>
        <w:tab/>
        <w:t xml:space="preserve">Start Date: </w:t>
      </w:r>
      <w:r>
        <w:rPr>
          <w:rFonts w:ascii="Times New Roman" w:hAnsi="Times New Roman" w:eastAsia="Times New Roman" w:cs="Times New Roman"/>
          <w:sz w:val="24"/>
        </w:rPr>
        <w:t>[START DATE]</w:t>
      </w:r>
    </w:p>
    <w:p>
      <w:pPr/>
      <w:r>
        <w:rPr>
          <w:rFonts w:ascii="Times New Roman" w:hAnsi="Times New Roman" w:eastAsia="Times New Roman" w:cs="Times New Roman"/>
          <w:sz w:val="24"/>
        </w:rPr>
        <w:t xml:space="preserve">Supervisor’s Name: </w:t>
      </w:r>
      <w:r>
        <w:rPr>
          <w:rFonts w:ascii="Times New Roman" w:hAnsi="Times New Roman" w:eastAsia="Times New Roman" w:cs="Times New Roman"/>
          <w:sz w:val="24"/>
        </w:rPr>
        <w:t>[SUPERVISOR'S NAME]</w:t>
      </w:r>
    </w:p>
    <w:p>
      <w:pPr/>
      <w:r>
        <w:rPr>
          <w:rFonts w:ascii="Times New Roman" w:hAnsi="Times New Roman" w:eastAsia="Times New Roman" w:cs="Times New Roman"/>
          <w:sz w:val="24"/>
        </w:rPr>
        <w:t xml:space="preserve">Supervisor’s Phone: </w:t>
      </w:r>
      <w:r>
        <w:rPr>
          <w:rFonts w:ascii="Times New Roman" w:hAnsi="Times New Roman" w:eastAsia="Times New Roman" w:cs="Times New Roman"/>
          <w:sz w:val="24"/>
        </w:rPr>
        <w:t>[PHONE #]</w:t>
      </w:r>
      <w:r>
        <w:rPr>
          <w:rFonts w:ascii="Times New Roman" w:hAnsi="Times New Roman" w:eastAsia="Times New Roman" w:cs="Times New Roman"/>
          <w:sz w:val="24"/>
        </w:rPr>
        <w:t xml:space="preserve"> Supervisor’s Email: </w:t>
      </w:r>
      <w:r>
        <w:rPr>
          <w:rFonts w:ascii="Times New Roman" w:hAnsi="Times New Roman" w:eastAsia="Times New Roman" w:cs="Times New Roman"/>
          <w:sz w:val="24"/>
        </w:rPr>
        <w:t>[SUPERVISOR'S E-MAIL]</w:t>
      </w:r>
    </w:p>
    <w:p>
      <w:pPr/>
    </w:p>
    <w:p>
      <w:pPr/>
    </w:p>
    <w:p>
      <w:pPr/>
      <w:r>
        <w:rPr>
          <w:rFonts w:ascii="Times New Roman" w:hAnsi="Times New Roman" w:eastAsia="Times New Roman" w:cs="Times New Roman"/>
          <w:sz w:val="24"/>
        </w:rPr>
        <w:t xml:space="preserve">Employer: </w:t>
      </w:r>
      <w:r>
        <w:rPr>
          <w:rFonts w:ascii="Times New Roman" w:hAnsi="Times New Roman" w:eastAsia="Times New Roman" w:cs="Times New Roman"/>
          <w:sz w:val="24"/>
        </w:rPr>
        <w:t>[EMPLOYER'S NAME]</w:t>
      </w:r>
    </w:p>
    <w:p>
      <w:pPr/>
      <w:r>
        <w:rPr>
          <w:rFonts w:ascii="Times New Roman" w:hAnsi="Times New Roman" w:eastAsia="Times New Roman" w:cs="Times New Roman"/>
          <w:sz w:val="24"/>
        </w:rPr>
        <w:t xml:space="preserve">Employer’s Address: </w:t>
      </w:r>
      <w:r>
        <w:rPr>
          <w:rFonts w:ascii="Times New Roman" w:hAnsi="Times New Roman" w:eastAsia="Times New Roman" w:cs="Times New Roman"/>
          <w:sz w:val="24"/>
        </w:rPr>
        <w:t>[EMPLOYER'S ADDRESS]</w:t>
      </w:r>
    </w:p>
    <w:p>
      <w:pPr/>
      <w:r>
        <w:rPr>
          <w:rFonts w:ascii="Times New Roman" w:hAnsi="Times New Roman" w:eastAsia="Times New Roman" w:cs="Times New Roman"/>
          <w:sz w:val="24"/>
        </w:rPr>
        <w:t xml:space="preserve">Title / Occupation: </w:t>
      </w:r>
      <w:r>
        <w:rPr>
          <w:rFonts w:ascii="Times New Roman" w:hAnsi="Times New Roman" w:eastAsia="Times New Roman" w:cs="Times New Roman"/>
          <w:sz w:val="24"/>
        </w:rPr>
        <w:t>[TITLE]</w:t>
      </w:r>
    </w:p>
    <w:p>
      <w:pPr/>
      <w:r>
        <w:rPr>
          <w:rFonts w:ascii="Times New Roman" w:hAnsi="Times New Roman" w:eastAsia="Times New Roman" w:cs="Times New Roman"/>
          <w:sz w:val="24"/>
        </w:rPr>
        <w:t>Gross Monthly Income: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t>
        <w:tab/>
        <w:t xml:space="preserve">Start Date: </w:t>
      </w:r>
      <w:r>
        <w:rPr>
          <w:rFonts w:ascii="Times New Roman" w:hAnsi="Times New Roman" w:eastAsia="Times New Roman" w:cs="Times New Roman"/>
          <w:sz w:val="24"/>
        </w:rPr>
        <w:t>[START DATE]</w:t>
      </w:r>
    </w:p>
    <w:p>
      <w:pPr/>
      <w:r>
        <w:rPr>
          <w:rFonts w:ascii="Times New Roman" w:hAnsi="Times New Roman" w:eastAsia="Times New Roman" w:cs="Times New Roman"/>
          <w:sz w:val="24"/>
        </w:rPr>
        <w:t xml:space="preserve">Supervisor’s Name: </w:t>
      </w:r>
      <w:r>
        <w:rPr>
          <w:rFonts w:ascii="Times New Roman" w:hAnsi="Times New Roman" w:eastAsia="Times New Roman" w:cs="Times New Roman"/>
          <w:sz w:val="24"/>
        </w:rPr>
        <w:t>[SUPERVISOR'S NAME]</w:t>
      </w:r>
    </w:p>
    <w:p>
      <w:pPr/>
      <w:r>
        <w:rPr>
          <w:rFonts w:ascii="Times New Roman" w:hAnsi="Times New Roman" w:eastAsia="Times New Roman" w:cs="Times New Roman"/>
          <w:sz w:val="24"/>
        </w:rPr>
        <w:t xml:space="preserve">Supervisor’s Phone: </w:t>
      </w:r>
      <w:r>
        <w:rPr>
          <w:rFonts w:ascii="Times New Roman" w:hAnsi="Times New Roman" w:eastAsia="Times New Roman" w:cs="Times New Roman"/>
          <w:sz w:val="24"/>
        </w:rPr>
        <w:t>[PHONE #]</w:t>
      </w:r>
      <w:r>
        <w:rPr>
          <w:rFonts w:ascii="Times New Roman" w:hAnsi="Times New Roman" w:eastAsia="Times New Roman" w:cs="Times New Roman"/>
          <w:sz w:val="24"/>
        </w:rPr>
        <w:t xml:space="preserve"> Supervisor’s Email: </w:t>
      </w:r>
      <w:r>
        <w:rPr>
          <w:rFonts w:ascii="Times New Roman" w:hAnsi="Times New Roman" w:eastAsia="Times New Roman" w:cs="Times New Roman"/>
          <w:sz w:val="24"/>
        </w:rPr>
        <w:t>[SUPERVISOR'S E-MAIL]</w:t>
      </w:r>
    </w:p>
    <w:p>
      <w:pPr>
        <w:jc w:val="center"/>
      </w:pPr>
    </w:p>
    <w:p>
      <w:pPr/>
    </w:p>
    <w:p>
      <w:pPr/>
      <w:r>
        <w:rPr>
          <w:rFonts w:ascii="Times New Roman" w:hAnsi="Times New Roman" w:eastAsia="Times New Roman" w:cs="Times New Roman"/>
          <w:sz w:val="24"/>
        </w:rPr>
        <w:t xml:space="preserve">Do you have a vehicle? </w:t>
      </w:r>
      <w:r>
        <w:rPr>
          <w:rFonts w:ascii="Times New Roman" w:hAnsi="Times New Roman" w:eastAsia="Times New Roman" w:cs="Times New Roman"/>
          <w:sz w:val="24"/>
        </w:rPr>
        <w:t xml:space="preserve"> Yes (describe below)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Make: </w:t>
      </w:r>
      <w:r>
        <w:rPr>
          <w:rFonts w:ascii="Times New Roman" w:hAnsi="Times New Roman" w:eastAsia="Times New Roman" w:cs="Times New Roman"/>
          <w:sz w:val="24"/>
        </w:rPr>
        <w:t>[MAKE]</w:t>
      </w:r>
      <w:r>
        <w:rPr>
          <w:rFonts w:ascii="Times New Roman" w:hAnsi="Times New Roman" w:eastAsia="Times New Roman" w:cs="Times New Roman"/>
          <w:sz w:val="24"/>
        </w:rPr>
        <w:tab/>
        <w:tab/>
        <w:t xml:space="preserve">Model: </w:t>
      </w:r>
      <w:r>
        <w:rPr>
          <w:rFonts w:ascii="Times New Roman" w:hAnsi="Times New Roman" w:eastAsia="Times New Roman" w:cs="Times New Roman"/>
          <w:sz w:val="24"/>
        </w:rPr>
        <w:t>[MODEL]</w:t>
      </w:r>
      <w:r>
        <w:rPr>
          <w:rFonts w:ascii="Times New Roman" w:hAnsi="Times New Roman" w:eastAsia="Times New Roman" w:cs="Times New Roman"/>
          <w:sz w:val="24"/>
        </w:rPr>
        <w:tab/>
        <w:t xml:space="preserve">Year: </w:t>
      </w:r>
      <w:r>
        <w:rPr>
          <w:rFonts w:ascii="Times New Roman" w:hAnsi="Times New Roman" w:eastAsia="Times New Roman" w:cs="Times New Roman"/>
          <w:sz w:val="24"/>
        </w:rPr>
        <w:t>[YEAR]</w:t>
      </w:r>
    </w:p>
    <w:p>
      <w:pPr/>
      <w:r>
        <w:rPr>
          <w:rFonts w:ascii="Times New Roman" w:hAnsi="Times New Roman" w:eastAsia="Times New Roman" w:cs="Times New Roman"/>
          <w:sz w:val="24"/>
        </w:rPr>
        <w:t xml:space="preserve">Color: </w:t>
      </w:r>
      <w:r>
        <w:rPr>
          <w:rFonts w:ascii="Times New Roman" w:hAnsi="Times New Roman" w:eastAsia="Times New Roman" w:cs="Times New Roman"/>
          <w:sz w:val="24"/>
        </w:rPr>
        <w:t>[COLOR]</w:t>
      </w:r>
      <w:r>
        <w:rPr>
          <w:rFonts w:ascii="Times New Roman" w:hAnsi="Times New Roman" w:eastAsia="Times New Roman" w:cs="Times New Roman"/>
          <w:sz w:val="24"/>
        </w:rPr>
        <w:tab/>
        <w:t xml:space="preserve">Plate #: </w:t>
      </w:r>
      <w:r>
        <w:rPr>
          <w:rFonts w:ascii="Times New Roman" w:hAnsi="Times New Roman" w:eastAsia="Times New Roman" w:cs="Times New Roman"/>
          <w:sz w:val="24"/>
        </w:rPr>
        <w:t>[#]</w:t>
      </w:r>
      <w:r>
        <w:rPr>
          <w:rFonts w:ascii="Times New Roman" w:hAnsi="Times New Roman" w:eastAsia="Times New Roman" w:cs="Times New Roman"/>
          <w:sz w:val="24"/>
        </w:rPr>
        <w:tab/>
        <w:tab/>
        <w:t xml:space="preserve">State: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Do you have a vehicle? </w:t>
      </w:r>
      <w:r>
        <w:rPr>
          <w:rFonts w:ascii="Times New Roman" w:hAnsi="Times New Roman" w:eastAsia="Times New Roman" w:cs="Times New Roman"/>
          <w:sz w:val="24"/>
        </w:rPr>
        <w:t xml:space="preserve"> Yes (describe below)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Make: </w:t>
      </w:r>
      <w:r>
        <w:rPr>
          <w:rFonts w:ascii="Times New Roman" w:hAnsi="Times New Roman" w:eastAsia="Times New Roman" w:cs="Times New Roman"/>
          <w:sz w:val="24"/>
        </w:rPr>
        <w:t>[MAKE]</w:t>
      </w:r>
      <w:r>
        <w:rPr>
          <w:rFonts w:ascii="Times New Roman" w:hAnsi="Times New Roman" w:eastAsia="Times New Roman" w:cs="Times New Roman"/>
          <w:sz w:val="24"/>
        </w:rPr>
        <w:tab/>
        <w:tab/>
        <w:t xml:space="preserve">Model: </w:t>
      </w:r>
      <w:r>
        <w:rPr>
          <w:rFonts w:ascii="Times New Roman" w:hAnsi="Times New Roman" w:eastAsia="Times New Roman" w:cs="Times New Roman"/>
          <w:sz w:val="24"/>
        </w:rPr>
        <w:t>[MODEL]</w:t>
      </w:r>
      <w:r>
        <w:rPr>
          <w:rFonts w:ascii="Times New Roman" w:hAnsi="Times New Roman" w:eastAsia="Times New Roman" w:cs="Times New Roman"/>
          <w:sz w:val="24"/>
        </w:rPr>
        <w:tab/>
        <w:t xml:space="preserve">Year: </w:t>
      </w:r>
      <w:r>
        <w:rPr>
          <w:rFonts w:ascii="Times New Roman" w:hAnsi="Times New Roman" w:eastAsia="Times New Roman" w:cs="Times New Roman"/>
          <w:sz w:val="24"/>
        </w:rPr>
        <w:t>[YEAR]</w:t>
      </w:r>
    </w:p>
    <w:p>
      <w:pPr/>
      <w:r>
        <w:rPr>
          <w:rFonts w:ascii="Times New Roman" w:hAnsi="Times New Roman" w:eastAsia="Times New Roman" w:cs="Times New Roman"/>
          <w:sz w:val="24"/>
        </w:rPr>
        <w:t xml:space="preserve">Color: </w:t>
      </w:r>
      <w:r>
        <w:rPr>
          <w:rFonts w:ascii="Times New Roman" w:hAnsi="Times New Roman" w:eastAsia="Times New Roman" w:cs="Times New Roman"/>
          <w:sz w:val="24"/>
        </w:rPr>
        <w:t>[COLOR]</w:t>
      </w:r>
      <w:r>
        <w:rPr>
          <w:rFonts w:ascii="Times New Roman" w:hAnsi="Times New Roman" w:eastAsia="Times New Roman" w:cs="Times New Roman"/>
          <w:sz w:val="24"/>
        </w:rPr>
        <w:tab/>
        <w:t xml:space="preserve">Plate #: </w:t>
      </w:r>
      <w:r>
        <w:rPr>
          <w:rFonts w:ascii="Times New Roman" w:hAnsi="Times New Roman" w:eastAsia="Times New Roman" w:cs="Times New Roman"/>
          <w:sz w:val="24"/>
        </w:rPr>
        <w:t>[#]</w:t>
      </w:r>
      <w:r>
        <w:rPr>
          <w:rFonts w:ascii="Times New Roman" w:hAnsi="Times New Roman" w:eastAsia="Times New Roman" w:cs="Times New Roman"/>
          <w:sz w:val="24"/>
        </w:rPr>
        <w:tab/>
        <w:tab/>
        <w:t xml:space="preserve">State: </w:t>
      </w:r>
      <w:r>
        <w:rPr>
          <w:rFonts w:ascii="Times New Roman" w:hAnsi="Times New Roman" w:eastAsia="Times New Roman" w:cs="Times New Roman"/>
          <w:sz w:val="24"/>
        </w:rPr>
        <w:t>[STATE]</w:t>
      </w:r>
    </w:p>
    <w:p>
      <w:pPr>
        <w:jc w:val="center"/>
      </w:pPr>
    </w:p>
    <w:p>
      <w:pPr/>
    </w:p>
    <w:p>
      <w:pPr/>
      <w:r>
        <w:rPr>
          <w:rFonts w:ascii="Times New Roman" w:hAnsi="Times New Roman" w:eastAsia="Times New Roman" w:cs="Times New Roman"/>
          <w:b/>
          <w:sz w:val="24"/>
        </w:rPr>
        <w:t>Eviction</w:t>
      </w:r>
      <w:r>
        <w:rPr>
          <w:rFonts w:ascii="Times New Roman" w:hAnsi="Times New Roman" w:eastAsia="Times New Roman" w:cs="Times New Roman"/>
          <w:sz w:val="24"/>
        </w:rPr>
        <w:t xml:space="preserve">. Have you ever been evicted or a defendant in an eviction action?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[DESCRIBE EVICTION]</w:t>
      </w:r>
    </w:p>
    <w:p>
      <w:pPr/>
    </w:p>
    <w:p>
      <w:pPr/>
      <w:r>
        <w:rPr>
          <w:rFonts w:ascii="Times New Roman" w:hAnsi="Times New Roman" w:eastAsia="Times New Roman" w:cs="Times New Roman"/>
          <w:b/>
          <w:sz w:val="24"/>
        </w:rPr>
        <w:t>Bankruptcy</w:t>
      </w:r>
      <w:r>
        <w:rPr>
          <w:rFonts w:ascii="Times New Roman" w:hAnsi="Times New Roman" w:eastAsia="Times New Roman" w:cs="Times New Roman"/>
          <w:sz w:val="24"/>
        </w:rPr>
        <w:t xml:space="preserve">. Have you ever filed, or are you in the process of filing bankruptcy?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[DESCRIBE BANKRUPTCY]</w:t>
      </w:r>
    </w:p>
    <w:p>
      <w:pPr/>
    </w:p>
    <w:p>
      <w:pPr/>
    </w:p>
    <w:p>
      <w:pPr/>
      <w:r>
        <w:rPr>
          <w:rFonts w:ascii="Times New Roman" w:hAnsi="Times New Roman" w:eastAsia="Times New Roman" w:cs="Times New Roman"/>
          <w:sz w:val="24"/>
        </w:rPr>
        <w:t>I hereby certify that I am at least 18 years of age and that all information given on this application is true and correct. I authorize the Landlord and its agents to obtain an investigative consumer credit report including but not limited to credit history, OFAC search, landlord/tenant court record search, criminal record search and registered sex offender search. I authorize the release of information from previous or current landlords, employers, bank representatives, and personal references. I agree to furnish additional credit and/or personal references upon request. I understand incomplete or incorrect information provided in this application may cause a delay in processing which may result in denial of tenancy. This investigation is for resident screening purposes only and is strictly confidential. I hereby hold Landlord and its agents free and harmless of any liability for any damages arising out of any improper use of this information. Important information about your rights under the Fair Credit reporting Act:</w:t>
      </w:r>
    </w:p>
    <w:p>
      <w:pPr/>
    </w:p>
    <w:p>
      <w:pPr/>
      <w:r>
        <w:rPr>
          <w:rFonts w:ascii="Times New Roman" w:hAnsi="Times New Roman" w:eastAsia="Times New Roman" w:cs="Times New Roman"/>
          <w:sz w:val="24"/>
        </w:rPr>
        <w:t>You have a right to request disclosure of the nature and scope of the investigation.</w:t>
      </w:r>
    </w:p>
    <w:p>
      <w:pPr/>
      <w:r>
        <w:rPr>
          <w:rFonts w:ascii="Times New Roman" w:hAnsi="Times New Roman" w:eastAsia="Times New Roman" w:cs="Times New Roman"/>
          <w:sz w:val="24"/>
        </w:rPr>
        <w:t>You must be told if information in your file has been used against you.</w:t>
      </w:r>
    </w:p>
    <w:p>
      <w:pPr/>
      <w:r>
        <w:rPr>
          <w:rFonts w:ascii="Times New Roman" w:hAnsi="Times New Roman" w:eastAsia="Times New Roman" w:cs="Times New Roman"/>
          <w:sz w:val="24"/>
        </w:rPr>
        <w:t>You have a right to know what is in your file, and this disclosure may be free.</w:t>
      </w:r>
    </w:p>
    <w:p>
      <w:pPr/>
      <w:r>
        <w:rPr>
          <w:rFonts w:ascii="Times New Roman" w:hAnsi="Times New Roman" w:eastAsia="Times New Roman" w:cs="Times New Roman"/>
          <w:sz w:val="24"/>
        </w:rPr>
        <w:t>You have the right to ask for a credit score (there may be a fee for this service).</w:t>
      </w:r>
    </w:p>
    <w:p>
      <w:pPr/>
      <w:r>
        <w:rPr>
          <w:rFonts w:ascii="Times New Roman" w:hAnsi="Times New Roman" w:eastAsia="Times New Roman" w:cs="Times New Roman"/>
          <w:sz w:val="24"/>
        </w:rPr>
        <w:t>You have the right to dispute incomplete or inaccurate information. Consumer reporting agencies must correct inaccurate, incomplete, or unverifiable information.</w:t>
      </w:r>
    </w:p>
    <w:p>
      <w:pPr/>
    </w:p>
    <w:p>
      <w:pPr/>
      <w:r>
        <w:rPr>
          <w:rFonts w:ascii="Times New Roman" w:hAnsi="Times New Roman" w:eastAsia="Times New Roman" w:cs="Times New Roman"/>
          <w:sz w:val="24"/>
        </w:rPr>
        <w:t>Consumer Response Center, Room 130-A, Federal Trade Commission, 600 Pennsylvania Avenue N.W., Washington D.C. 20580.</w:t>
      </w:r>
    </w:p>
    <w:p>
      <w:pPr/>
    </w:p>
    <w:p>
      <w:pPr/>
      <w:r>
        <w:rPr>
          <w:rFonts w:ascii="Times New Roman" w:hAnsi="Times New Roman" w:eastAsia="Times New Roman" w:cs="Times New Roman"/>
          <w:sz w:val="24"/>
        </w:rPr>
        <w:t>In connection with my application for housing, I understand that the property owner/agent may obtain one or more consumer reports, which may contain public information, for the purposes of evaluating my application. These consumer reports will be obtained from one or more of the following consumer reporting agencies:</w:t>
      </w:r>
    </w:p>
    <w:p>
      <w:pPr/>
    </w:p>
    <w:p>
      <w:pPr/>
      <w:r>
        <w:rPr>
          <w:rFonts w:ascii="Times New Roman" w:hAnsi="Times New Roman" w:eastAsia="Times New Roman" w:cs="Times New Roman"/>
          <w:sz w:val="24"/>
        </w:rPr>
        <w:t>Equifax, E.C.I.F., P.O. Box 740241, Atlanta, GA, 30374-0241, (800) 685-1111</w:t>
      </w:r>
    </w:p>
    <w:p>
      <w:pPr/>
      <w:r>
        <w:rPr>
          <w:rFonts w:ascii="Times New Roman" w:hAnsi="Times New Roman" w:eastAsia="Times New Roman" w:cs="Times New Roman"/>
          <w:sz w:val="24"/>
        </w:rPr>
        <w:t>Trans Union, Regional Disclosure Center, 1561 Orangethorpe Ave., Fullerton, CA, 92631, (714) 738-3800</w:t>
      </w:r>
    </w:p>
    <w:p>
      <w:pPr/>
      <w:r>
        <w:rPr>
          <w:rFonts w:ascii="Times New Roman" w:hAnsi="Times New Roman" w:eastAsia="Times New Roman" w:cs="Times New Roman"/>
          <w:sz w:val="24"/>
        </w:rPr>
        <w:t>Experian (TRW), Consumer Assistance, P.O. Box 949, Allen, TX, 75002, (888) 397-3742</w:t>
      </w:r>
    </w:p>
    <w:p>
      <w:pPr/>
    </w:p>
    <w:p>
      <w:pPr/>
      <w:r>
        <w:rPr>
          <w:rFonts w:ascii="Times New Roman" w:hAnsi="Times New Roman" w:eastAsia="Times New Roman" w:cs="Times New Roman"/>
          <w:sz w:val="24"/>
        </w:rPr>
        <w:t>These consumer reports are defined as investigative consumer reports. These reports may contain information on my character, general reputation, personal characteristics and mode of living. In connection with my application for housing, I authorize owner/agent to obtain a consumer report from the consumer reporting agencies listed above.</w:t>
      </w:r>
    </w:p>
    <w:p>
      <w:pPr/>
    </w:p>
    <w:p>
      <w:pPr/>
      <w:r>
        <w:rPr>
          <w:rFonts w:ascii="Times New Roman" w:hAnsi="Times New Roman" w:eastAsia="Times New Roman" w:cs="Times New Roman"/>
          <w:b/>
          <w:sz w:val="24"/>
        </w:rPr>
        <w:t>Applicant’s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