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MICHIGAN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544.609,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