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MICHIGAN SPECIAL (LIMITED) WARRANTY DEED</w:t>
      </w: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bargain, sell and convey unto __________________________________,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 in _______________________ County, State of Michigan,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r>
        <w:rPr>
          <w:rFonts w:ascii="Times New Roman" w:hAnsi="Times New Roman" w:eastAsia="Times New Roman" w:cs="Times New Roman"/>
          <w:b/>
          <w:sz w:val="24"/>
        </w:rPr>
        <w:br/>
      </w: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pPr>
    </w:p>
    <w:p>
      <w:pPr/>
    </w:p>
    <w:p>
      <w:pPr/>
      <w:r>
        <w:rPr>
          <w:rFonts w:ascii="Times New Roman" w:hAnsi="Times New Roman" w:eastAsia="Times New Roman" w:cs="Times New Roman"/>
          <w:sz w:val="24"/>
        </w:rPr>
        <w:t>STATE OF MICHIGAN</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