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Michigan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Michigan.</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