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p>
    <w:p>
      <w:pPr>
        <w:jc w:val="center"/>
      </w:pPr>
      <w:r>
        <w:rPr>
          <w:rFonts w:ascii="Times New Roman" w:hAnsi="Times New Roman" w:eastAsia="Times New Roman" w:cs="Times New Roman"/>
          <w:b/>
          <w:sz w:val="24"/>
        </w:rPr>
        <w:t>Michigan General Warranty Deed</w:t>
      </w:r>
    </w:p>
    <w:p>
      <w:pPr>
        <w:jc w:val="center"/>
      </w:pPr>
    </w:p>
    <w:p>
      <w:pPr>
        <w:jc w:val="both"/>
      </w:pPr>
    </w:p>
    <w:p>
      <w:pPr/>
    </w:p>
    <w:p>
      <w:pPr>
        <w:jc w:val="both"/>
      </w:pPr>
      <w:r>
        <w:rPr>
          <w:rFonts w:ascii="Times New Roman" w:hAnsi="Times New Roman" w:eastAsia="Times New Roman" w:cs="Times New Roman"/>
          <w:b/>
          <w:sz w:val="24"/>
        </w:rPr>
        <w:t xml:space="preserve">A complete legal description of the real property being conveyed by this instrument is attached hereto on page 4 as </w:t>
      </w:r>
      <w:r>
        <w:rPr>
          <w:rFonts w:ascii="Times New Roman" w:hAnsi="Times New Roman" w:eastAsia="Times New Roman" w:cs="Times New Roman"/>
          <w:b/>
          <w:sz w:val="24"/>
        </w:rPr>
        <w:t>EXHIBIT A</w:t>
      </w:r>
      <w:r>
        <w:rPr>
          <w:rFonts w:ascii="Times New Roman" w:hAnsi="Times New Roman" w:eastAsia="Times New Roman" w:cs="Times New Roman"/>
          <w:b/>
          <w:sz w:val="24"/>
        </w:rPr>
        <w:t>.</w:t>
      </w:r>
    </w:p>
    <w:p>
      <w:pPr/>
    </w:p>
    <w:p>
      <w:pPr/>
    </w:p>
    <w:p>
      <w:pPr>
        <w:jc w:val="both"/>
      </w:pPr>
      <w:r>
        <w:rPr>
          <w:rFonts w:ascii="Times New Roman" w:hAnsi="Times New Roman" w:eastAsia="Times New Roman" w:cs="Times New Roman"/>
          <w:sz w:val="24"/>
        </w:rPr>
        <w:t xml:space="preserve"> </w:t>
      </w:r>
      <w:r>
        <w:rPr>
          <w:rFonts w:ascii="Times New Roman" w:hAnsi="Times New Roman" w:eastAsia="Times New Roman" w:cs="Times New Roman"/>
          <w:sz w:val="24"/>
        </w:rPr>
        <w:t>A mark in this box affirms that the property being transferred is unplatted: This property may be located within the vicinity of farmland or a farm operation. Generally accepted agricultural and management practices which may generate noise, dust, odors, and other associated conditions may be used and are protected by the Michigan right to farm act.</w:t>
      </w:r>
    </w:p>
    <w:p>
      <w:pPr>
        <w:jc w:val="both"/>
      </w:pPr>
    </w:p>
    <w:p>
      <w:pPr>
        <w:jc w:val="both"/>
      </w:pPr>
      <w:r>
        <w:rPr>
          <w:rFonts w:ascii="Times New Roman" w:hAnsi="Times New Roman" w:eastAsia="Times New Roman" w:cs="Times New Roman"/>
          <w:sz w:val="24"/>
        </w:rPr>
        <w:t xml:space="preserve">The Grantor </w:t>
      </w:r>
      <w:r>
        <w:rPr>
          <w:rFonts w:ascii="Times New Roman" w:hAnsi="Times New Roman" w:eastAsia="Times New Roman" w:cs="Times New Roman"/>
          <w:sz w:val="24"/>
        </w:rPr>
        <w:t xml:space="preserve"> is -OR- </w:t>
      </w:r>
      <w:r>
        <w:rPr>
          <w:rFonts w:ascii="Times New Roman" w:hAnsi="Times New Roman" w:eastAsia="Times New Roman" w:cs="Times New Roman"/>
          <w:sz w:val="24"/>
        </w:rPr>
        <w:t xml:space="preserve"> is not transferring the right to make further divisions exempt from the platting requirements of the Land Division Act.</w:t>
      </w:r>
    </w:p>
    <w:p>
      <w:pPr/>
    </w:p>
    <w:p>
      <w:pPr>
        <w:spacing w:line="276" w:lineRule="auto"/>
        <w:jc w:val="both"/>
      </w:pPr>
      <w:r>
        <w:rPr>
          <w:rFonts w:ascii="Times New Roman" w:hAnsi="Times New Roman" w:eastAsia="Times New Roman" w:cs="Times New Roman"/>
          <w:sz w:val="24"/>
        </w:rPr>
        <w:t>This transfer</w:t>
        <w:tab/>
      </w:r>
      <w:r>
        <w:rPr>
          <w:rFonts w:ascii="Times New Roman" w:hAnsi="Times New Roman" w:eastAsia="Times New Roman" w:cs="Times New Roman"/>
          <w:sz w:val="24"/>
        </w:rPr>
        <w:t xml:space="preserve"> is not exempt from real estate transfer tax.</w:t>
      </w:r>
    </w:p>
    <w:p>
      <w:pPr>
        <w:spacing w:line="276" w:lineRule="auto"/>
        <w:jc w:val="both"/>
      </w:pPr>
      <w:r>
        <w:rPr>
          <w:rFonts w:ascii="Times New Roman" w:hAnsi="Times New Roman" w:eastAsia="Times New Roman" w:cs="Times New Roman"/>
          <w:sz w:val="24"/>
        </w:rPr>
        <w:tab/>
        <w:t>-OR-</w:t>
      </w:r>
    </w:p>
    <w:p>
      <w:pPr>
        <w:spacing w:line="276" w:lineRule="auto"/>
        <w:jc w:val="both"/>
      </w:pPr>
      <w:r>
        <w:rPr>
          <w:rFonts w:ascii="Times New Roman" w:hAnsi="Times New Roman" w:eastAsia="Times New Roman" w:cs="Times New Roman"/>
          <w:sz w:val="24"/>
        </w:rPr>
        <w:tab/>
      </w:r>
      <w:r>
        <w:rPr>
          <w:rFonts w:ascii="Times New Roman" w:hAnsi="Times New Roman" w:eastAsia="Times New Roman" w:cs="Times New Roman"/>
          <w:sz w:val="24"/>
        </w:rPr>
        <w:t xml:space="preserve"> is exempt from real estate transfer tax per MCL 207.526 Sec.6 </w:t>
      </w:r>
      <w:r>
        <w:rPr>
          <w:rFonts w:ascii="Times New Roman" w:hAnsi="Times New Roman" w:eastAsia="Times New Roman" w:cs="Times New Roman"/>
          <w:sz w:val="24"/>
        </w:rPr>
        <w:t>[TRANSFER TAX EXEMPTION]</w:t>
      </w:r>
    </w:p>
    <w:p>
      <w:pPr/>
    </w:p>
    <w:p>
      <w:pPr>
        <w:jc w:val="both"/>
      </w:pPr>
    </w:p>
    <w:p>
      <w:pPr>
        <w:jc w:val="both"/>
      </w:pPr>
      <w:r>
        <w:rPr>
          <w:rFonts w:ascii="Times New Roman" w:hAnsi="Times New Roman" w:eastAsia="Times New Roman" w:cs="Times New Roman"/>
          <w:b/>
          <w:sz w:val="24"/>
        </w:rPr>
        <w:t xml:space="preserve">SUBJECT TO: </w:t>
      </w:r>
      <w:r>
        <w:rPr>
          <w:rFonts w:ascii="Times New Roman" w:hAnsi="Times New Roman" w:eastAsia="Times New Roman" w:cs="Times New Roman"/>
          <w:sz w:val="24"/>
        </w:rPr>
        <w:t>easements, restrictions, reservations, and other agreements and matters of record, if any.</w:t>
      </w:r>
    </w:p>
    <w:p>
      <w:pPr>
        <w:jc w:val="both"/>
      </w:pPr>
    </w:p>
    <w:p>
      <w:pPr>
        <w:jc w:val="both"/>
      </w:pPr>
      <w:r>
        <w:rPr>
          <w:rFonts w:ascii="Times New Roman" w:hAnsi="Times New Roman" w:eastAsia="Times New Roman" w:cs="Times New Roman"/>
          <w:b/>
          <w:sz w:val="24"/>
        </w:rPr>
        <w:t>TO HAVE AND TO HOLD</w:t>
      </w:r>
      <w:r>
        <w:rPr>
          <w:rFonts w:ascii="Times New Roman" w:hAnsi="Times New Roman" w:eastAsia="Times New Roman" w:cs="Times New Roman"/>
          <w:sz w:val="24"/>
        </w:rPr>
        <w:t xml:space="preserve"> the premises aforesaid, with all and singular the rights, privileges, appurtenances and immunities thereto belonging unto the said Grantee and its successors and assigns, forever; the said Grantor hereby covenanting that the said premises are free and clear from any encumbrance, except as set forth above, that it is lawfully seized of an indefeasible estate in fee simple to said premises and may convey the same, and that it will warrant and defend the title to said premises unto said Grantee and its successors and assigns, forever, against the lawful claims and demands of all persons whomsoever, except real property taxes for the year </w:t>
      </w:r>
      <w:r>
        <w:rPr>
          <w:rFonts w:ascii="Times New Roman" w:hAnsi="Times New Roman" w:eastAsia="Times New Roman" w:cs="Times New Roman"/>
          <w:sz w:val="24"/>
        </w:rPr>
        <w:t>[YEAR]</w:t>
      </w:r>
      <w:r>
        <w:rPr>
          <w:rFonts w:ascii="Times New Roman" w:hAnsi="Times New Roman" w:eastAsia="Times New Roman" w:cs="Times New Roman"/>
          <w:sz w:val="24"/>
        </w:rPr>
        <w:t xml:space="preserve"> and thereafter.</w:t>
      </w:r>
    </w:p>
    <w:p>
      <w:pPr>
        <w:jc w:val="both"/>
      </w:pPr>
    </w:p>
    <w:p>
      <w:pPr>
        <w:jc w:val="both"/>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Grantor(s) has/have duly executed this instrument as of the day and year written hereunder.</w:t>
      </w:r>
    </w:p>
    <w:p>
      <w:pPr/>
    </w:p>
    <w:p>
      <w:pPr/>
    </w:p>
    <w:p>
      <w:pPr/>
      <w:r>
        <w:rPr>
          <w:rFonts w:ascii="Times New Roman" w:hAnsi="Times New Roman" w:eastAsia="Times New Roman" w:cs="Times New Roman"/>
          <w:sz w:val="24"/>
        </w:rPr>
        <w:t>I, the Grantor’s Wife, do hereby release all my life estate and other dower rights in the above-described real property and I hereby discharge my husband, his heirs, executors, and administrators for any claim for dower in respect of the property.</w:t>
      </w:r>
    </w:p>
    <w:p>
      <w:pPr/>
    </w:p>
    <w:p>
      <w:pPr/>
    </w:p>
    <w:p>
      <w:pPr/>
    </w:p>
    <w:p>
      <w:pPr>
        <w:spacing w:before="0" w:after="0"/>
        <w:jc w:val="center"/>
      </w:pPr>
      <w:r>
        <w:rPr>
          <w:rFonts w:ascii="Times New Roman" w:hAnsi="Times New Roman" w:eastAsia="Times New Roman" w:cs="Times New Roman"/>
          <w:b/>
          <w:sz w:val="24"/>
        </w:rPr>
        <w:t>NOTARY ACKNOWLEDGMENT</w:t>
      </w:r>
    </w:p>
    <w:p>
      <w:pPr/>
    </w:p>
    <w:p>
      <w:pPr/>
    </w:p>
    <w:p>
      <w:pPr/>
    </w:p>
    <w:p>
      <w:pPr/>
    </w:p>
    <w:p>
      <w:pPr/>
    </w:p>
    <w:p>
      <w:pPr/>
    </w:p>
    <w:p>
      <w:pPr/>
    </w:p>
    <w:p>
      <w:pPr/>
    </w:p>
    <w:p>
      <w:pPr/>
      <w:r>
        <w:rPr>
          <w:rFonts w:ascii="Times New Roman" w:hAnsi="Times New Roman" w:eastAsia="Times New Roman" w:cs="Times New Roman"/>
          <w:sz w:val="24"/>
        </w:rPr>
        <w:t>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pPr/>
    </w:p>
    <w:p>
      <w:pPr/>
      <w:r>
        <w:rPr>
          <w:rFonts w:ascii="Times New Roman" w:hAnsi="Times New Roman" w:eastAsia="Times New Roman" w:cs="Times New Roman"/>
          <w:sz w:val="24"/>
        </w:rPr>
        <w:t>I certify under PENALTY OF PERJURY under the laws of the state of Michigan that the foregoing paragraph is true and correct.</w:t>
      </w:r>
    </w:p>
    <w:p>
      <w:pPr/>
    </w:p>
    <w:p>
      <w:pPr/>
      <w:r>
        <w:rPr>
          <w:rFonts w:ascii="Times New Roman" w:hAnsi="Times New Roman" w:eastAsia="Times New Roman" w:cs="Times New Roman"/>
          <w:sz w:val="24"/>
        </w:rPr>
        <w:t>WITNESS my hand and official seal.</w:t>
      </w:r>
    </w:p>
    <w:p>
      <w:pPr/>
    </w:p>
    <w:p>
      <w:pPr/>
    </w:p>
    <w:p>
      <w:pPr/>
    </w:p>
    <w:p>
      <w:pPr/>
    </w:p>
    <w:p>
      <w:pPr/>
    </w:p>
    <w:p>
      <w:pPr/>
    </w:p>
    <w:p>
      <w:pPr/>
    </w:p>
    <w:p>
      <w:pPr/>
    </w:p>
    <w:p>
      <w:pPr/>
    </w:p>
    <w:p>
      <w:pPr>
        <w:spacing w:before="0" w:after="0"/>
        <w:jc w:val="center"/>
      </w:pPr>
      <w:r>
        <w:rPr>
          <w:rFonts w:ascii="Times New Roman" w:hAnsi="Times New Roman" w:eastAsia="Times New Roman" w:cs="Times New Roman"/>
          <w:b/>
          <w:sz w:val="24"/>
        </w:rPr>
        <w:t>EXHIBIT A</w:t>
      </w:r>
    </w:p>
    <w:p>
      <w:pPr>
        <w:jc w:val="center"/>
      </w:pPr>
      <w:r>
        <w:rPr>
          <w:rFonts w:ascii="Times New Roman" w:hAnsi="Times New Roman" w:eastAsia="Times New Roman" w:cs="Times New Roman"/>
          <w:sz w:val="24"/>
        </w:rPr>
        <w:t>Legal description of the real property being conveyed by this instrument.</w:t>
      </w:r>
    </w:p>
    <w:p>
      <w:pPr/>
    </w:p>
    <w:p>
      <w:pPr>
        <w:ind w:firstLine="720"/>
      </w:pPr>
      <w:r>
        <w:rPr>
          <w:rFonts w:ascii="Times New Roman" w:hAnsi="Times New Roman" w:eastAsia="Times New Roman" w:cs="Times New Roman"/>
          <w:sz w:val="24"/>
        </w:rPr>
        <w:t>[LEGAL DESCRIPTION]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