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12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Letter of Recommendation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Office Symbol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Date 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MEMORANDUM FOR ______________ [Recipient]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SUBJECT: Letter of Recommendation for ______________, Social Security Number (SSN) of _____-____-_____.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It is with great pleasure that I recommend </w:t>
      </w:r>
      <w:r>
        <w:rPr>
          <w:rFonts w:ascii="Times New Roman" w:hAnsi="Times New Roman" w:eastAsia="Times New Roman" w:cs="Times New Roman"/>
          <w:sz w:val="24"/>
        </w:rPr>
        <w:t xml:space="preserve">______________ [Applicant’s Name] </w:t>
      </w:r>
      <w:r>
        <w:rPr>
          <w:rFonts w:ascii="Times New Roman" w:hAnsi="Times New Roman" w:eastAsia="Times New Roman" w:cs="Times New Roman"/>
          <w:sz w:val="24"/>
        </w:rPr>
        <w:t xml:space="preserve">for </w:t>
      </w:r>
      <w:r>
        <w:rPr>
          <w:rFonts w:ascii="Times New Roman" w:hAnsi="Times New Roman" w:eastAsia="Times New Roman" w:cs="Times New Roman"/>
          <w:sz w:val="24"/>
        </w:rPr>
        <w:t>______________ [Position/Department Applying For]</w:t>
      </w:r>
      <w:r>
        <w:rPr>
          <w:rFonts w:ascii="Times New Roman" w:hAnsi="Times New Roman" w:eastAsia="Times New Roman" w:cs="Times New Roman"/>
          <w:sz w:val="24"/>
        </w:rPr>
        <w:t xml:space="preserve">. I have been his/her senior rater for the past ___ years and can personally attest to his/her intelligence, fortitude, and professionalism. </w:t>
      </w:r>
      <w:r>
        <w:rPr>
          <w:rFonts w:ascii="Times New Roman" w:hAnsi="Times New Roman" w:eastAsia="Times New Roman" w:cs="Times New Roman"/>
          <w:sz w:val="24"/>
        </w:rPr>
        <w:t xml:space="preserve">______________ [Applicant’s Name]’s </w:t>
      </w:r>
      <w:r>
        <w:rPr>
          <w:rFonts w:ascii="Times New Roman" w:hAnsi="Times New Roman" w:eastAsia="Times New Roman" w:cs="Times New Roman"/>
          <w:sz w:val="24"/>
        </w:rPr>
        <w:t>peers confirm his/her exceptional qualities as a leader, trainer, and motivator.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In addition, I found </w:t>
      </w:r>
      <w:r>
        <w:rPr>
          <w:rFonts w:ascii="Times New Roman" w:hAnsi="Times New Roman" w:eastAsia="Times New Roman" w:cs="Times New Roman"/>
          <w:sz w:val="24"/>
        </w:rPr>
        <w:t>______________ [Applicant’s Name]</w:t>
      </w:r>
      <w:r>
        <w:rPr>
          <w:rFonts w:ascii="Times New Roman" w:hAnsi="Times New Roman" w:eastAsia="Times New Roman" w:cs="Times New Roman"/>
          <w:sz w:val="24"/>
        </w:rPr>
        <w:t xml:space="preserve"> always performed his/her duties in an exceptional manner. He/She possesses a breadth and depth of doctrinal knowledge seldom seen in an officer of his/her rank. </w:t>
      </w:r>
      <w:r>
        <w:rPr>
          <w:rFonts w:ascii="Times New Roman" w:hAnsi="Times New Roman" w:eastAsia="Times New Roman" w:cs="Times New Roman"/>
          <w:sz w:val="24"/>
        </w:rPr>
        <w:t xml:space="preserve">______________ [Applicant’s Name] </w:t>
      </w:r>
      <w:r>
        <w:rPr>
          <w:rFonts w:ascii="Times New Roman" w:hAnsi="Times New Roman" w:eastAsia="Times New Roman" w:cs="Times New Roman"/>
          <w:sz w:val="24"/>
        </w:rPr>
        <w:t xml:space="preserve">has the natural ability to express complicated and technical information clearly and concisely. His/Her patience and compassion will serve him/her well for </w:t>
      </w:r>
      <w:r>
        <w:rPr>
          <w:rFonts w:ascii="Times New Roman" w:hAnsi="Times New Roman" w:eastAsia="Times New Roman" w:cs="Times New Roman"/>
          <w:sz w:val="24"/>
        </w:rPr>
        <w:t>______________ [Position/Department Apply For]</w:t>
      </w:r>
      <w:r>
        <w:rPr>
          <w:rFonts w:ascii="Times New Roman" w:hAnsi="Times New Roman" w:eastAsia="Times New Roman" w:cs="Times New Roman"/>
          <w:sz w:val="24"/>
        </w:rPr>
        <w:t xml:space="preserve"> and guarantee his/her continued success as a leader.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I am convinced found </w:t>
      </w:r>
      <w:r>
        <w:rPr>
          <w:rFonts w:ascii="Times New Roman" w:hAnsi="Times New Roman" w:eastAsia="Times New Roman" w:cs="Times New Roman"/>
          <w:sz w:val="24"/>
        </w:rPr>
        <w:t xml:space="preserve">______________ [Applicant’s Name] </w:t>
      </w:r>
      <w:r>
        <w:rPr>
          <w:rFonts w:ascii="Times New Roman" w:hAnsi="Times New Roman" w:eastAsia="Times New Roman" w:cs="Times New Roman"/>
          <w:sz w:val="24"/>
        </w:rPr>
        <w:t xml:space="preserve">will be successful in any endeavor he/she attempts.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If you have any requests or questions do not hesitate to contact me.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>Best,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 [Your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 [Rank]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 [Military Jurisdiction]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