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MINOR CHILD POWER OF ATTORNEY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[EFFECTIVE DATE]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Principal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[PRINCIPAL'S NAME]</w:t>
      </w:r>
      <w:r>
        <w:rPr>
          <w:rFonts w:ascii="Times New Roman" w:hAnsi="Times New Roman" w:eastAsia="Times New Roman" w:cs="Times New Roman"/>
          <w:sz w:val="24"/>
        </w:rPr>
        <w:t xml:space="preserve">, of </w:t>
      </w:r>
      <w:r>
        <w:rPr>
          <w:rFonts w:ascii="Times New Roman" w:hAnsi="Times New Roman" w:eastAsia="Times New Roman" w:cs="Times New Roman"/>
          <w:sz w:val="24"/>
        </w:rPr>
        <w:t>[PRINCIPAL'S ADDRESS]</w:t>
      </w:r>
      <w:r>
        <w:rPr>
          <w:rFonts w:ascii="Times New Roman" w:hAnsi="Times New Roman" w:eastAsia="Times New Roman" w:cs="Times New Roman"/>
          <w:sz w:val="24"/>
        </w:rPr>
        <w:t xml:space="preserve">, hereby appoint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[AGENT'S NAME]</w:t>
      </w:r>
      <w:r>
        <w:rPr>
          <w:rFonts w:ascii="Times New Roman" w:hAnsi="Times New Roman" w:eastAsia="Times New Roman" w:cs="Times New Roman"/>
          <w:sz w:val="24"/>
        </w:rPr>
        <w:t xml:space="preserve">, of </w:t>
      </w:r>
      <w:r>
        <w:rPr>
          <w:rFonts w:ascii="Times New Roman" w:hAnsi="Times New Roman" w:eastAsia="Times New Roman" w:cs="Times New Roman"/>
          <w:sz w:val="24"/>
        </w:rPr>
        <w:t>[AGENT'S ADDRESS]</w:t>
      </w:r>
      <w:r>
        <w:rPr>
          <w:rFonts w:ascii="Times New Roman" w:hAnsi="Times New Roman" w:eastAsia="Times New Roman" w:cs="Times New Roman"/>
          <w:sz w:val="24"/>
        </w:rPr>
        <w:t>, as my attorney-in-fact (hereinafter referred to as "Agent") to act on my behalf and make decisions regarding: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Minor Child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[CHILD'S NAME]</w:t>
      </w:r>
      <w:r>
        <w:rPr>
          <w:rFonts w:ascii="Times New Roman" w:hAnsi="Times New Roman" w:eastAsia="Times New Roman" w:cs="Times New Roman"/>
          <w:sz w:val="24"/>
        </w:rPr>
        <w:t xml:space="preserve">, born on </w:t>
      </w:r>
      <w:r>
        <w:rPr>
          <w:rFonts w:ascii="Times New Roman" w:hAnsi="Times New Roman" w:eastAsia="Times New Roman" w:cs="Times New Roman"/>
          <w:sz w:val="24"/>
        </w:rPr>
        <w:t>[CHILD'S DATE OF BIRTH]</w:t>
      </w:r>
      <w:r>
        <w:rPr>
          <w:rFonts w:ascii="Times New Roman" w:hAnsi="Times New Roman" w:eastAsia="Times New Roman" w:cs="Times New Roman"/>
          <w:sz w:val="24"/>
        </w:rPr>
        <w:t>, during any period of my absence or incapacity.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Powers Granted: (initial all that apply)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______- </w:t>
      </w:r>
      <w:r>
        <w:rPr>
          <w:rFonts w:ascii="Times New Roman" w:hAnsi="Times New Roman" w:eastAsia="Times New Roman" w:cs="Times New Roman"/>
          <w:b/>
          <w:sz w:val="24"/>
        </w:rPr>
        <w:t>Healthcare Decisions</w:t>
      </w:r>
      <w:r>
        <w:rPr>
          <w:rFonts w:ascii="Times New Roman" w:hAnsi="Times New Roman" w:eastAsia="Times New Roman" w:cs="Times New Roman"/>
          <w:sz w:val="24"/>
        </w:rPr>
        <w:t>: To make medical decisions for my minor child, including but not limited to consenting to medical treatment, surgeries, medications, and accessing medical records.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______- </w:t>
      </w:r>
      <w:r>
        <w:rPr>
          <w:rFonts w:ascii="Times New Roman" w:hAnsi="Times New Roman" w:eastAsia="Times New Roman" w:cs="Times New Roman"/>
          <w:b/>
          <w:sz w:val="24"/>
        </w:rPr>
        <w:t>Educational Decisions</w:t>
      </w:r>
      <w:r>
        <w:rPr>
          <w:rFonts w:ascii="Times New Roman" w:hAnsi="Times New Roman" w:eastAsia="Times New Roman" w:cs="Times New Roman"/>
          <w:sz w:val="24"/>
        </w:rPr>
        <w:t>: To make decisions concerning my child's education, including enrolling in or withdrawing from school, choosing educational programs, and consenting to educational assessments or services.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______- </w:t>
      </w:r>
      <w:r>
        <w:rPr>
          <w:rFonts w:ascii="Times New Roman" w:hAnsi="Times New Roman" w:eastAsia="Times New Roman" w:cs="Times New Roman"/>
          <w:b/>
          <w:sz w:val="24"/>
        </w:rPr>
        <w:t>Financial Decisions</w:t>
      </w:r>
      <w:r>
        <w:rPr>
          <w:rFonts w:ascii="Times New Roman" w:hAnsi="Times New Roman" w:eastAsia="Times New Roman" w:cs="Times New Roman"/>
          <w:sz w:val="24"/>
        </w:rPr>
        <w:t>: To manage and make decisions regarding my child's financial affairs, including accessing and managing bank accounts, paying bills, and making financial investments on behalf of the child.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______- </w:t>
      </w:r>
      <w:r>
        <w:rPr>
          <w:rFonts w:ascii="Times New Roman" w:hAnsi="Times New Roman" w:eastAsia="Times New Roman" w:cs="Times New Roman"/>
          <w:b/>
          <w:sz w:val="24"/>
        </w:rPr>
        <w:t>Travel Consent</w:t>
      </w:r>
      <w:r>
        <w:rPr>
          <w:rFonts w:ascii="Times New Roman" w:hAnsi="Times New Roman" w:eastAsia="Times New Roman" w:cs="Times New Roman"/>
          <w:sz w:val="24"/>
        </w:rPr>
        <w:t>: To consent to my child traveling domestically or internationally, including granting permission for specific trips or activities.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______- </w:t>
      </w:r>
      <w:r>
        <w:rPr>
          <w:rFonts w:ascii="Times New Roman" w:hAnsi="Times New Roman" w:eastAsia="Times New Roman" w:cs="Times New Roman"/>
          <w:b/>
          <w:sz w:val="24"/>
        </w:rPr>
        <w:t>Legal Decisions</w:t>
      </w:r>
      <w:r>
        <w:rPr>
          <w:rFonts w:ascii="Times New Roman" w:hAnsi="Times New Roman" w:eastAsia="Times New Roman" w:cs="Times New Roman"/>
          <w:sz w:val="24"/>
        </w:rPr>
        <w:t>: To make legal decisions on behalf of my child, such as signing legal documents, entering into contracts, or initiating legal proceedings if necessary.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______- </w:t>
      </w:r>
      <w:r>
        <w:rPr>
          <w:rFonts w:ascii="Times New Roman" w:hAnsi="Times New Roman" w:eastAsia="Times New Roman" w:cs="Times New Roman"/>
          <w:b/>
          <w:sz w:val="24"/>
        </w:rPr>
        <w:t>Day-to-Day Care</w:t>
      </w:r>
      <w:r>
        <w:rPr>
          <w:rFonts w:ascii="Times New Roman" w:hAnsi="Times New Roman" w:eastAsia="Times New Roman" w:cs="Times New Roman"/>
          <w:sz w:val="24"/>
        </w:rPr>
        <w:t>: To make day-to-day decisions regarding my child's care, welfare, and upbringing, including matters related to housing, nutrition, and recreational activities.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______- </w:t>
      </w:r>
      <w:r>
        <w:rPr>
          <w:rFonts w:ascii="Times New Roman" w:hAnsi="Times New Roman" w:eastAsia="Times New Roman" w:cs="Times New Roman"/>
          <w:b/>
          <w:sz w:val="24"/>
        </w:rPr>
        <w:t>Other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[DESCRIBE]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Duration and Revocation</w:t>
      </w:r>
      <w:r>
        <w:rPr>
          <w:rFonts w:ascii="Times New Roman" w:hAnsi="Times New Roman" w:eastAsia="Times New Roman" w:cs="Times New Roman"/>
          <w:sz w:val="24"/>
        </w:rPr>
        <w:t xml:space="preserve">: This Power of Attorney shall remain in effect for </w:t>
      </w:r>
      <w:r>
        <w:rPr>
          <w:rFonts w:ascii="Times New Roman" w:hAnsi="Times New Roman" w:eastAsia="Times New Roman" w:cs="Times New Roman"/>
          <w:sz w:val="24"/>
        </w:rPr>
        <w:t>[DURATION]</w:t>
      </w:r>
      <w:r>
        <w:rPr>
          <w:rFonts w:ascii="Times New Roman" w:hAnsi="Times New Roman" w:eastAsia="Times New Roman" w:cs="Times New Roman"/>
          <w:sz w:val="24"/>
        </w:rPr>
        <w:t>. I reserve the right to revoke or modify this Power of Attorney at any time, provided that such revocation or modification is communicated to my Agent in writing.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Signature and Date</w:t>
      </w:r>
      <w:r>
        <w:rPr>
          <w:rFonts w:ascii="Times New Roman" w:hAnsi="Times New Roman" w:eastAsia="Times New Roman" w:cs="Times New Roman"/>
          <w:sz w:val="24"/>
        </w:rPr>
        <w:t>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Parent/Guardian’s Signature: _____________________ Date: ______________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Witnesses</w:t>
      </w:r>
      <w:r>
        <w:rPr>
          <w:rFonts w:ascii="Times New Roman" w:hAnsi="Times New Roman" w:eastAsia="Times New Roman" w:cs="Times New Roman"/>
          <w:sz w:val="24"/>
        </w:rPr>
        <w:t>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#1 Signature: _____________________ Date: 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Witness #2 Signature: _____________________ Date: ______________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Agent Acceptance</w:t>
      </w:r>
      <w:r>
        <w:rPr>
          <w:rFonts w:ascii="Times New Roman" w:hAnsi="Times New Roman" w:eastAsia="Times New Roman" w:cs="Times New Roman"/>
          <w:sz w:val="24"/>
        </w:rPr>
        <w:t>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I, the Agent, accept the responsibilities and duties as the attorney-in-fact for the parent/legal guardian mentioned under this Power of Attorney.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Agent Signature: _____________________ Date: 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