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 xml:space="preserve">IN THE CHANCERY COURT OF </w:t>
      </w:r>
      <w:r>
        <w:rPr>
          <w:rFonts w:ascii="Times New Roman" w:hAnsi="Times New Roman" w:eastAsia="Times New Roman" w:cs="Times New Roman"/>
          <w:b/>
          <w:sz w:val="24"/>
        </w:rPr>
        <w:t>[COUNTY]</w:t>
      </w:r>
      <w:r>
        <w:rPr>
          <w:rFonts w:ascii="Times New Roman" w:hAnsi="Times New Roman" w:eastAsia="Times New Roman" w:cs="Times New Roman"/>
          <w:b/>
          <w:sz w:val="24"/>
        </w:rPr>
        <w:t xml:space="preserve"> COUNTY</w:t>
      </w:r>
    </w:p>
    <w:p>
      <w:pPr>
        <w:jc w:val="center"/>
      </w:pPr>
      <w:r>
        <w:rPr>
          <w:rFonts w:ascii="Times New Roman" w:hAnsi="Times New Roman" w:eastAsia="Times New Roman" w:cs="Times New Roman"/>
          <w:b/>
          <w:sz w:val="24"/>
        </w:rPr>
        <w:t>STATE OF MISSISSPPI</w:t>
      </w:r>
    </w:p>
    <w:p>
      <w:pPr/>
    </w:p>
    <w:p>
      <w:pPr/>
      <w:r>
        <w:rPr>
          <w:rFonts w:ascii="Times New Roman" w:hAnsi="Times New Roman" w:eastAsia="Times New Roman" w:cs="Times New Roman"/>
          <w:sz w:val="24"/>
        </w:rPr>
        <w:t xml:space="preserve">CASE NO. </w:t>
      </w:r>
      <w:r>
        <w:rPr>
          <w:rFonts w:ascii="Times New Roman" w:hAnsi="Times New Roman" w:eastAsia="Times New Roman" w:cs="Times New Roman"/>
          <w:sz w:val="24"/>
        </w:rPr>
        <w:t>[CASE NUMBER]</w:t>
      </w:r>
    </w:p>
    <w:p>
      <w:pPr/>
      <w:r>
        <w:rPr>
          <w:rFonts w:ascii="Times New Roman" w:hAnsi="Times New Roman" w:eastAsia="Times New Roman" w:cs="Times New Roman"/>
          <w:sz w:val="24"/>
        </w:rPr>
        <w:t>IN THE MATTER OF THE DISSOLUTION.   )</w:t>
      </w:r>
    </w:p>
    <w:p>
      <w:pPr/>
      <w:r>
        <w:rPr>
          <w:rFonts w:ascii="Times New Roman" w:hAnsi="Times New Roman" w:eastAsia="Times New Roman" w:cs="Times New Roman"/>
          <w:sz w:val="24"/>
        </w:rPr>
        <w:t>OF MARRIAGE OF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[NAME]</w:t>
      </w:r>
      <w:r>
        <w:rPr>
          <w:rFonts w:ascii="Times New Roman" w:hAnsi="Times New Roman" w:eastAsia="Times New Roman" w:cs="Times New Roman"/>
          <w:sz w:val="24"/>
        </w:rPr>
        <w: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AND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[NAME]</w:t>
      </w:r>
      <w:r>
        <w:rPr>
          <w:rFonts w:ascii="Times New Roman" w:hAnsi="Times New Roman" w:eastAsia="Times New Roman" w:cs="Times New Roman"/>
          <w:sz w:val="24"/>
        </w:rPr>
        <w: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jc w:val="center"/>
      </w:pPr>
    </w:p>
    <w:p>
      <w:pPr>
        <w:jc w:val="center"/>
      </w:pPr>
      <w:r>
        <w:rPr>
          <w:rFonts w:ascii="Times New Roman" w:hAnsi="Times New Roman" w:eastAsia="Times New Roman" w:cs="Times New Roman"/>
          <w:b/>
          <w:sz w:val="24"/>
        </w:rPr>
        <w:t>MARITAL SETTLEMENT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spacing w:before="0" w:after="225"/>
        <w:jc w:val="center"/>
      </w:pPr>
    </w:p>
    <w:p>
      <w:pPr>
        <w:spacing w:before="0" w:after="225"/>
        <w:jc w:val="center"/>
      </w:pPr>
    </w:p>
    <w:p>
      <w:pPr>
        <w:spacing w:before="0" w:after="225"/>
        <w:jc w:val="center"/>
      </w:pPr>
    </w:p>
    <w:p>
      <w:pPr>
        <w:spacing w:before="0" w:after="225"/>
        <w:jc w:val="center"/>
      </w:pPr>
    </w:p>
    <w:p>
      <w:pPr>
        <w:spacing w:before="0" w:after="225"/>
        <w:jc w:val="center"/>
      </w:pPr>
    </w:p>
    <w:p>
      <w:pPr>
        <w:spacing w:before="0" w:after="225"/>
        <w:jc w:val="center"/>
      </w:pPr>
    </w:p>
    <w:p>
      <w:pPr>
        <w:spacing w:before="0" w:after="225"/>
        <w:jc w:val="center"/>
      </w:pPr>
      <w:r>
        <w:rPr>
          <w:rFonts w:ascii="Times New Roman" w:hAnsi="Times New Roman" w:eastAsia="Times New Roman" w:cs="Times New Roman"/>
          <w:b/>
          <w:sz w:val="24"/>
        </w:rPr>
        <w:t>MISSISSIPPI NOTARY ACKNOWLEDGMENT</w:t>
      </w:r>
    </w:p>
    <w:p>
      <w:pPr>
        <w:spacing w:before="0" w:after="225"/>
      </w:pPr>
    </w:p>
    <w:p>
      <w:pPr>
        <w:spacing w:before="0" w:after="225" w:line="480" w:lineRule="auto"/>
      </w:pPr>
      <w:r>
        <w:rPr>
          <w:rFonts w:ascii="Times New Roman" w:hAnsi="Times New Roman" w:eastAsia="Times New Roman" w:cs="Times New Roman"/>
          <w:sz w:val="24"/>
        </w:rPr>
        <w:t>THE STATE OF MISSISSIPPI</w:t>
      </w:r>
    </w:p>
    <w:p>
      <w:pPr>
        <w:spacing w:before="0" w:after="225" w:line="480" w:lineRule="auto"/>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spacing w:before="0" w:after="225" w:line="480" w:lineRule="auto"/>
        <w:jc w:val="both"/>
      </w:pPr>
      <w:r>
        <w:rPr>
          <w:rFonts w:ascii="Times New Roman" w:hAnsi="Times New Roman" w:eastAsia="Times New Roman" w:cs="Times New Roman"/>
          <w:sz w:val="24"/>
        </w:rPr>
        <w:t xml:space="preserve">Personally appeared before me, the undersigned authority in and for the said county and state, on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within my jurisdiction, the within named </w:t>
      </w:r>
      <w:r>
        <w:rPr>
          <w:rFonts w:ascii="Times New Roman" w:hAnsi="Times New Roman" w:eastAsia="Times New Roman" w:cs="Times New Roman"/>
          <w:sz w:val="24"/>
        </w:rPr>
        <w:t>[SIGNER]</w:t>
      </w:r>
      <w:r>
        <w:rPr>
          <w:rFonts w:ascii="Times New Roman" w:hAnsi="Times New Roman" w:eastAsia="Times New Roman" w:cs="Times New Roman"/>
          <w:sz w:val="24"/>
        </w:rPr>
        <w:t>, who acknowledged that he/she executed the above and foregoing instrument.</w:t>
      </w:r>
    </w:p>
    <w:p>
      <w:pPr>
        <w:spacing w:before="0" w:after="225" w:line="480" w:lineRule="auto"/>
        <w:jc w:val="both"/>
      </w:pPr>
      <w:r>
        <w:rPr>
          <w:rFonts w:ascii="Times New Roman" w:hAnsi="Times New Roman" w:eastAsia="Times New Roman" w:cs="Times New Roman"/>
          <w:sz w:val="24"/>
        </w:rPr>
        <w:t>____________________________________</w:t>
      </w:r>
    </w:p>
    <w:p>
      <w:pPr>
        <w:spacing w:before="0" w:after="225"/>
      </w:pPr>
      <w:r>
        <w:rPr>
          <w:rFonts w:ascii="Times New Roman" w:hAnsi="Times New Roman" w:eastAsia="Times New Roman" w:cs="Times New Roman"/>
          <w:sz w:val="24"/>
        </w:rPr>
        <w:t>Notary Public Signature</w:t>
      </w:r>
    </w:p>
    <w:p>
      <w:pPr/>
    </w:p>
    <w:p>
      <w:pPr/>
      <w:r>
        <w:rPr>
          <w:rFonts w:ascii="Times New Roman" w:hAnsi="Times New Roman" w:eastAsia="Times New Roman" w:cs="Times New Roman"/>
          <w:sz w:val="24"/>
        </w:rPr>
        <w:t>Print: __________________________</w:t>
      </w:r>
    </w:p>
    <w:p>
      <w:pPr/>
    </w:p>
    <w:p>
      <w:pPr>
        <w:spacing w:before="0" w:after="225" w:line="480" w:lineRule="auto"/>
        <w:jc w:val="both"/>
      </w:pPr>
    </w:p>
    <w:p>
      <w:pPr>
        <w:spacing w:before="0" w:after="225" w:line="480" w:lineRule="auto"/>
      </w:pPr>
      <w:r>
        <w:rPr>
          <w:rFonts w:ascii="Times New Roman" w:hAnsi="Times New Roman" w:eastAsia="Times New Roman" w:cs="Times New Roman"/>
          <w:sz w:val="24"/>
        </w:rPr>
        <w:t>(Seal)</w:t>
      </w:r>
    </w:p>
    <w:p>
      <w:pPr/>
    </w:p>
    <w:p>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spacing w:before="0" w:after="0"/>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