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MISSISSIPPI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 the [DAY]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Mississippi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] 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