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issouri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issouri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