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Missouri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Title XVI (Trusts and Estates of Decedents and Persons Under Disability Chapters 456 to 475)</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Missouri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This document shall be governed by the laws of the State of Missouri.</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