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Missouri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</w:p>
    <w:p>
      <w:pPr>
        <w:spacing w:line="276" w:lineRule="exact"/>
        <w:jc w:val="center"/>
      </w:pPr>
      <w:r>
        <w:rPr>
          <w:rFonts w:ascii="Times New Roman" w:hAnsi="Times New Roman" w:eastAsia="Times New Roman" w:cs="Times New Roman"/>
          <w:sz w:val="24"/>
        </w:rPr>
        <w:t>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/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Pursuant to Missouri Revised Statutes Chapter 404.</w:t>
      </w:r>
    </w:p>
    <w:p>
      <w:pPr/>
    </w:p>
    <w:p>
      <w:pPr/>
    </w:p>
    <w:p>
      <w:pPr/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/>
    </w:p>
    <w:p>
      <w:pPr/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ab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