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ssouri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Missouri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