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MISSOURI ROOMMATE AGREEMENT</w:t>
      </w:r>
    </w:p>
    <w:p>
      <w:pPr/>
    </w:p>
    <w:p>
      <w:pPr>
        <w:ind w:hanging="72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Roommate Agreement (“Agreement”) is made this </w:t>
      </w:r>
      <w:r>
        <w:rPr>
          <w:rFonts w:ascii="Times New Roman" w:hAnsi="Times New Roman" w:eastAsia="Times New Roman" w:cs="Times New Roman"/>
          <w:sz w:val="24"/>
        </w:rPr>
        <w:t>[DATE]</w:t>
      </w:r>
      <w:r>
        <w:rPr>
          <w:rFonts w:ascii="Times New Roman" w:hAnsi="Times New Roman" w:eastAsia="Times New Roman" w:cs="Times New Roman"/>
          <w:sz w:val="24"/>
        </w:rPr>
        <w:t xml:space="preserve"> by and between:</w:t>
      </w:r>
    </w:p>
    <w:p>
      <w:pPr/>
    </w:p>
    <w:p>
      <w:pPr/>
      <w:r>
        <w:rPr>
          <w:rFonts w:ascii="Times New Roman" w:hAnsi="Times New Roman" w:eastAsia="Times New Roman" w:cs="Times New Roman"/>
          <w:sz w:val="24"/>
        </w:rPr>
        <w:t>Roommates</w:t>
      </w:r>
      <w:r>
        <w:rPr>
          <w:rFonts w:ascii="Times New Roman" w:hAnsi="Times New Roman" w:eastAsia="Times New Roman" w:cs="Times New Roman"/>
          <w:sz w:val="24"/>
        </w:rPr>
        <w:t xml:space="preserve">: </w:t>
      </w:r>
      <w:r>
        <w:rPr>
          <w:rFonts w:ascii="Times New Roman" w:hAnsi="Times New Roman" w:eastAsia="Times New Roman" w:cs="Times New Roman"/>
          <w:sz w:val="24"/>
        </w:rPr>
        <w:t>[ROOMMATE'S NAMES]</w:t>
      </w:r>
      <w:r>
        <w:rPr>
          <w:rFonts w:ascii="Times New Roman" w:hAnsi="Times New Roman" w:eastAsia="Times New Roman" w:cs="Times New Roman"/>
          <w:sz w:val="24"/>
        </w:rPr>
        <w:t xml:space="preserve"> (“Roommates”) and it is recognized that the property is managed by:</w:t>
      </w:r>
    </w:p>
    <w:p>
      <w:pPr/>
    </w:p>
    <w:p>
      <w:pPr/>
      <w:r>
        <w:rPr>
          <w:rFonts w:ascii="Times New Roman" w:hAnsi="Times New Roman" w:eastAsia="Times New Roman" w:cs="Times New Roman"/>
          <w:sz w:val="24"/>
        </w:rPr>
        <w:t>Landlord</w:t>
      </w:r>
      <w:r>
        <w:rPr>
          <w:rFonts w:ascii="Times New Roman" w:hAnsi="Times New Roman" w:eastAsia="Times New Roman" w:cs="Times New Roman"/>
          <w:sz w:val="24"/>
        </w:rPr>
        <w:t xml:space="preserve">: </w:t>
      </w:r>
      <w:r>
        <w:rPr>
          <w:rFonts w:ascii="Times New Roman" w:hAnsi="Times New Roman" w:eastAsia="Times New Roman" w:cs="Times New Roman"/>
          <w:sz w:val="24"/>
        </w:rPr>
        <w:t>[LANDLORD'S NAME]</w:t>
      </w:r>
      <w:r>
        <w:rPr>
          <w:rFonts w:ascii="Times New Roman" w:hAnsi="Times New Roman" w:eastAsia="Times New Roman" w:cs="Times New Roman"/>
          <w:sz w:val="24"/>
        </w:rPr>
        <w:t xml:space="preserve"> (“Landlord”).</w:t>
      </w:r>
    </w:p>
    <w:p>
      <w:pPr/>
    </w:p>
    <w:p>
      <w:pPr/>
      <w:r>
        <w:rPr>
          <w:rFonts w:ascii="Times New Roman" w:hAnsi="Times New Roman" w:eastAsia="Times New Roman" w:cs="Times New Roman"/>
          <w:sz w:val="24"/>
        </w:rPr>
        <w:t>We, the Roommates, agree to abide by this Agreement and any other agreements made in connection with the leasing of the Premises.</w:t>
      </w:r>
    </w:p>
    <w:p>
      <w:pPr/>
    </w:p>
    <w:p>
      <w:pPr>
        <w:ind w:hanging="720"/>
      </w:pPr>
      <w:r>
        <w:rPr>
          <w:rFonts w:ascii="Times New Roman" w:hAnsi="Times New Roman" w:eastAsia="Times New Roman" w:cs="Times New Roman"/>
          <w:b/>
          <w:sz w:val="24"/>
        </w:rPr>
        <w:t>PREMISES</w:t>
      </w:r>
      <w:r>
        <w:rPr>
          <w:rFonts w:ascii="Times New Roman" w:hAnsi="Times New Roman" w:eastAsia="Times New Roman" w:cs="Times New Roman"/>
          <w:sz w:val="24"/>
        </w:rPr>
        <w:t xml:space="preserve">. The residence being leased in this Agreement is described as: </w:t>
      </w:r>
    </w:p>
    <w:p>
      <w:pPr/>
    </w:p>
    <w:p>
      <w:pPr/>
      <w:r>
        <w:rPr>
          <w:rFonts w:ascii="Times New Roman" w:hAnsi="Times New Roman" w:eastAsia="Times New Roman" w:cs="Times New Roman"/>
          <w:sz w:val="24"/>
        </w:rPr>
        <w:t>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[STREET ADDRESS]</w:t>
      </w:r>
    </w:p>
    <w:p>
      <w:pPr/>
      <w:r>
        <w:rPr>
          <w:rFonts w:ascii="Times New Roman" w:hAnsi="Times New Roman" w:eastAsia="Times New Roman" w:cs="Times New Roman"/>
          <w:sz w:val="24"/>
        </w:rPr>
        <w:t>Bedrooms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Bathrooms: </w:t>
      </w:r>
      <w:r>
        <w:rPr>
          <w:rFonts w:ascii="Times New Roman" w:hAnsi="Times New Roman" w:eastAsia="Times New Roman" w:cs="Times New Roman"/>
          <w:sz w:val="24"/>
        </w:rPr>
        <w:t>[#]</w:t>
      </w:r>
    </w:p>
    <w:p>
      <w:pPr/>
      <w:r>
        <w:rPr>
          <w:rFonts w:ascii="Times New Roman" w:hAnsi="Times New Roman" w:eastAsia="Times New Roman" w:cs="Times New Roman"/>
          <w:sz w:val="24"/>
        </w:rPr>
        <w:t>Common Areas</w:t>
      </w:r>
      <w:r>
        <w:rPr>
          <w:rFonts w:ascii="Times New Roman" w:hAnsi="Times New Roman" w:eastAsia="Times New Roman" w:cs="Times New Roman"/>
          <w:sz w:val="24"/>
        </w:rPr>
        <w:t xml:space="preserve">: </w:t>
      </w:r>
      <w:r>
        <w:rPr>
          <w:rFonts w:ascii="Times New Roman" w:hAnsi="Times New Roman" w:eastAsia="Times New Roman" w:cs="Times New Roman"/>
          <w:sz w:val="24"/>
        </w:rPr>
        <w:t>[COMMON AREAS]</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Private Areas</w:t>
      </w:r>
      <w:r>
        <w:rPr>
          <w:rFonts w:ascii="Times New Roman" w:hAnsi="Times New Roman" w:eastAsia="Times New Roman" w:cs="Times New Roman"/>
          <w:sz w:val="24"/>
        </w:rPr>
        <w:t xml:space="preserve">: </w:t>
      </w:r>
      <w:r>
        <w:rPr>
          <w:rFonts w:ascii="Times New Roman" w:hAnsi="Times New Roman" w:eastAsia="Times New Roman" w:cs="Times New Roman"/>
          <w:sz w:val="24"/>
        </w:rPr>
        <w:t>[PRIVATE AREAS]</w:t>
      </w:r>
    </w:p>
    <w:p>
      <w:pPr/>
    </w:p>
    <w:p>
      <w:pPr/>
      <w:r>
        <w:rPr>
          <w:rFonts w:ascii="Times New Roman" w:hAnsi="Times New Roman" w:eastAsia="Times New Roman" w:cs="Times New Roman"/>
          <w:sz w:val="24"/>
        </w:rPr>
        <w:t>The above-described property shall be known as the “Premises.”</w:t>
      </w:r>
    </w:p>
    <w:p>
      <w:pPr/>
    </w:p>
    <w:p>
      <w:pPr>
        <w:ind w:hanging="720"/>
      </w:pPr>
      <w:r>
        <w:rPr>
          <w:rFonts w:ascii="Times New Roman" w:hAnsi="Times New Roman" w:eastAsia="Times New Roman" w:cs="Times New Roman"/>
          <w:b/>
          <w:sz w:val="24"/>
        </w:rPr>
        <w:t>TERM</w:t>
      </w:r>
      <w:r>
        <w:rPr>
          <w:rFonts w:ascii="Times New Roman" w:hAnsi="Times New Roman" w:eastAsia="Times New Roman" w:cs="Times New Roman"/>
          <w:sz w:val="24"/>
        </w:rPr>
        <w:t>. This Agreement shall be considered a: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Fixed </w:t>
      </w:r>
      <w:r>
        <w:rPr>
          <w:rFonts w:ascii="Times New Roman" w:hAnsi="Times New Roman" w:eastAsia="Times New Roman" w:cs="Times New Roman"/>
          <w:b/>
          <w:sz w:val="24"/>
        </w:rPr>
        <w:t>Lease</w:t>
      </w:r>
      <w:r>
        <w:rPr>
          <w:rFonts w:ascii="Times New Roman" w:hAnsi="Times New Roman" w:eastAsia="Times New Roman" w:cs="Times New Roman"/>
          <w:sz w:val="24"/>
        </w:rPr>
        <w:t xml:space="preserve">. The Roommates shall be allowed to occupy the Premises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w:t>
      </w:r>
      <w:r>
        <w:rPr>
          <w:rFonts w:ascii="Times New Roman" w:hAnsi="Times New Roman" w:eastAsia="Times New Roman" w:cs="Times New Roman"/>
          <w:sz w:val="24"/>
        </w:rPr>
        <w:t xml:space="preserve">on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(“Term”).</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Month-to-Month Lease</w:t>
      </w:r>
      <w:r>
        <w:rPr>
          <w:rFonts w:ascii="Times New Roman" w:hAnsi="Times New Roman" w:eastAsia="Times New Roman" w:cs="Times New Roman"/>
          <w:sz w:val="24"/>
        </w:rPr>
        <w:t xml:space="preserve">. The Roommates shall be allowed to occupy the Premises on a month-to-month arrangement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upon notice of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from either Party to the other Party (“Term”).</w:t>
      </w:r>
    </w:p>
    <w:p>
      <w:pPr/>
    </w:p>
    <w:p>
      <w:pPr>
        <w:ind w:hanging="720"/>
      </w:pPr>
      <w:r>
        <w:rPr>
          <w:rFonts w:ascii="Times New Roman" w:hAnsi="Times New Roman" w:eastAsia="Times New Roman" w:cs="Times New Roman"/>
          <w:b/>
          <w:sz w:val="24"/>
        </w:rPr>
        <w:t>RENT ($)</w:t>
      </w:r>
      <w:r>
        <w:rPr>
          <w:rFonts w:ascii="Times New Roman" w:hAnsi="Times New Roman" w:eastAsia="Times New Roman" w:cs="Times New Roman"/>
          <w:sz w:val="24"/>
        </w:rPr>
        <w:t>. The Roommates will pay: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w:t>
      </w:r>
      <w:r>
        <w:rPr>
          <w:rFonts w:ascii="Times New Roman" w:hAnsi="Times New Roman" w:eastAsia="Times New Roman" w:cs="Times New Roman"/>
          <w:b/>
          <w:sz w:val="24"/>
        </w:rPr>
        <w:t>Same Rent</w:t>
      </w:r>
      <w:r>
        <w:rPr>
          <w:rFonts w:ascii="Times New Roman" w:hAnsi="Times New Roman" w:eastAsia="Times New Roman" w:cs="Times New Roman"/>
          <w:sz w:val="24"/>
        </w:rPr>
        <w:t xml:space="preserve"> equal to </w:t>
      </w:r>
      <w:r>
        <w:rPr>
          <w:rFonts w:ascii="Times New Roman" w:hAnsi="Times New Roman" w:eastAsia="Times New Roman" w:cs="Times New Roman"/>
          <w:sz w:val="24"/>
        </w:rPr>
        <w:t>$</w:t>
      </w:r>
      <w:r>
        <w:rPr>
          <w:rFonts w:ascii="Times New Roman" w:hAnsi="Times New Roman" w:eastAsia="Times New Roman" w:cs="Times New Roman"/>
          <w:sz w:val="24"/>
        </w:rPr>
        <w:t>[RENT AMOUNT]</w:t>
      </w:r>
      <w:r>
        <w:rPr>
          <w:rFonts w:ascii="Times New Roman" w:hAnsi="Times New Roman" w:eastAsia="Times New Roman" w:cs="Times New Roman"/>
          <w:sz w:val="24"/>
        </w:rPr>
        <w:t xml:space="preserve"> </w:t>
      </w:r>
      <w:r>
        <w:rPr>
          <w:rFonts w:ascii="Times New Roman" w:hAnsi="Times New Roman" w:eastAsia="Times New Roman" w:cs="Times New Roman"/>
          <w:sz w:val="24"/>
        </w:rPr>
        <w:t>on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week.</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[DAY]</w:t>
      </w:r>
      <w:r>
        <w:rPr>
          <w:rFonts w:ascii="Times New Roman" w:hAnsi="Times New Roman" w:eastAsia="Times New Roman" w:cs="Times New Roman"/>
          <w:sz w:val="24"/>
        </w:rPr>
        <w:t xml:space="preserve"> day of each month.</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Different Rent</w:t>
      </w:r>
      <w:r>
        <w:rPr>
          <w:rFonts w:ascii="Times New Roman" w:hAnsi="Times New Roman" w:eastAsia="Times New Roman" w:cs="Times New Roman"/>
          <w:sz w:val="24"/>
        </w:rPr>
        <w:t xml:space="preserve"> described as: </w:t>
      </w:r>
      <w:r>
        <w:rPr>
          <w:rFonts w:ascii="Times New Roman" w:hAnsi="Times New Roman" w:eastAsia="Times New Roman" w:cs="Times New Roman"/>
          <w:sz w:val="24"/>
        </w:rPr>
        <w:t>[ENTER THE RENT AMOUNTS]</w:t>
      </w:r>
    </w:p>
    <w:p>
      <w:pPr/>
    </w:p>
    <w:p>
      <w:pPr/>
      <w:r>
        <w:rPr>
          <w:rFonts w:ascii="Times New Roman" w:hAnsi="Times New Roman" w:eastAsia="Times New Roman" w:cs="Times New Roman"/>
          <w:sz w:val="24"/>
        </w:rPr>
        <w:t>The aforementioned amount and due date shall be known as the “Rent.”</w:t>
      </w:r>
    </w:p>
    <w:p>
      <w:pPr/>
    </w:p>
    <w:p>
      <w:pPr>
        <w:ind w:hanging="720"/>
      </w:pPr>
      <w:r>
        <w:rPr>
          <w:rFonts w:ascii="Times New Roman" w:hAnsi="Times New Roman" w:eastAsia="Times New Roman" w:cs="Times New Roman"/>
          <w:b/>
          <w:sz w:val="24"/>
        </w:rPr>
        <w:t>PAYMENT INSTRUCTIONS</w:t>
      </w:r>
      <w:r>
        <w:rPr>
          <w:rFonts w:ascii="Times New Roman" w:hAnsi="Times New Roman" w:eastAsia="Times New Roman" w:cs="Times New Roman"/>
          <w:sz w:val="24"/>
        </w:rPr>
        <w:t xml:space="preserve">. Rent shall be paid in the following manner: </w:t>
      </w:r>
      <w:r>
        <w:rPr>
          <w:rFonts w:ascii="Times New Roman" w:hAnsi="Times New Roman" w:eastAsia="Times New Roman" w:cs="Times New Roman"/>
          <w:sz w:val="24"/>
        </w:rPr>
        <w:t>[DESCRIBE]</w:t>
      </w:r>
    </w:p>
    <w:p>
      <w:pPr/>
    </w:p>
    <w:p>
      <w:pPr>
        <w:ind w:hanging="720"/>
      </w:pPr>
      <w:r>
        <w:rPr>
          <w:rFonts w:ascii="Times New Roman" w:hAnsi="Times New Roman" w:eastAsia="Times New Roman" w:cs="Times New Roman"/>
          <w:b/>
          <w:sz w:val="24"/>
        </w:rPr>
        <w:t>LATE FEE</w:t>
      </w:r>
      <w:r>
        <w:rPr>
          <w:rFonts w:ascii="Times New Roman" w:hAnsi="Times New Roman" w:eastAsia="Times New Roman" w:cs="Times New Roman"/>
          <w:sz w:val="24"/>
        </w:rPr>
        <w:t>. If Rent is not paid on the Due Date: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w:t>
      </w:r>
      <w:r>
        <w:rPr>
          <w:rFonts w:ascii="Times New Roman" w:hAnsi="Times New Roman" w:eastAsia="Times New Roman" w:cs="Times New Roman"/>
          <w:b/>
          <w:sz w:val="24"/>
        </w:rPr>
        <w:t>Late Fee</w:t>
      </w:r>
      <w:r>
        <w:rPr>
          <w:rFonts w:ascii="Times New Roman" w:hAnsi="Times New Roman" w:eastAsia="Times New Roman" w:cs="Times New Roman"/>
          <w:sz w:val="24"/>
        </w:rPr>
        <w:t xml:space="preserve">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applied after Rent is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late (“Late Fee”). </w:t>
      </w:r>
    </w:p>
    <w:p>
      <w:pPr/>
      <w:r>
        <w:rPr>
          <w:rFonts w:ascii="Times New Roman" w:hAnsi="Times New Roman" w:eastAsia="Times New Roman" w:cs="Times New Roman"/>
          <w:sz w:val="24"/>
        </w:rPr>
        <w:t>A Late Fee is calculated as: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 1-Time penalty for each occurrence.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day Rent is late.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Late Fee</w:t>
      </w:r>
      <w:r>
        <w:rPr>
          <w:rFonts w:ascii="Times New Roman" w:hAnsi="Times New Roman" w:eastAsia="Times New Roman" w:cs="Times New Roman"/>
          <w:sz w:val="24"/>
        </w:rPr>
        <w:t xml:space="preserve"> of any kind shall be applied to the Rent as a penalty.</w:t>
      </w:r>
    </w:p>
    <w:p>
      <w:pPr/>
    </w:p>
    <w:p>
      <w:pPr/>
      <w:r>
        <w:rPr>
          <w:rFonts w:ascii="Times New Roman" w:hAnsi="Times New Roman" w:eastAsia="Times New Roman" w:cs="Times New Roman"/>
          <w:sz w:val="24"/>
        </w:rPr>
        <w:t>Hereinafter known as the “Late Fee.”</w:t>
      </w:r>
    </w:p>
    <w:p>
      <w:pPr/>
    </w:p>
    <w:p>
      <w:pPr>
        <w:ind w:hanging="720"/>
      </w:pPr>
      <w:r>
        <w:rPr>
          <w:rFonts w:ascii="Times New Roman" w:hAnsi="Times New Roman" w:eastAsia="Times New Roman" w:cs="Times New Roman"/>
          <w:b/>
          <w:sz w:val="24"/>
        </w:rPr>
        <w:t>SECURITY DEPOSIT</w:t>
      </w:r>
      <w:r>
        <w:rPr>
          <w:rFonts w:ascii="Times New Roman" w:hAnsi="Times New Roman" w:eastAsia="Times New Roman" w:cs="Times New Roman"/>
          <w:sz w:val="24"/>
        </w:rPr>
        <w:t>. A Security Deposit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Required</w:t>
      </w:r>
      <w:r>
        <w:rPr>
          <w:rFonts w:ascii="Times New Roman" w:hAnsi="Times New Roman" w:eastAsia="Times New Roman" w:cs="Times New Roman"/>
          <w:sz w:val="24"/>
        </w:rPr>
        <w:t xml:space="preserve"> (“Security Deposit”).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Required</w:t>
      </w:r>
      <w:r>
        <w:rPr>
          <w:rFonts w:ascii="Times New Roman" w:hAnsi="Times New Roman" w:eastAsia="Times New Roman" w:cs="Times New Roman"/>
          <w:sz w:val="24"/>
        </w:rPr>
        <w:t xml:space="preserve"> in an amount equal to: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One (1) Month’s Rent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Two (2) Month’s Rent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The Security Deposit shall be held for the faithful performance of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under the terms and conditions of this Agreement. Payment of the Security Deposit is due upon the execution of this Agreement. This Security Deposit shall not be credited towards any Rent unless the Landlord gives their written consent.</w:t>
      </w:r>
    </w:p>
    <w:p>
      <w:pPr/>
    </w:p>
    <w:p>
      <w:pPr>
        <w:ind w:hanging="720"/>
      </w:pPr>
      <w:r>
        <w:rPr>
          <w:rFonts w:ascii="Times New Roman" w:hAnsi="Times New Roman" w:eastAsia="Times New Roman" w:cs="Times New Roman"/>
          <w:b/>
          <w:sz w:val="24"/>
        </w:rPr>
        <w:t>RETURNING SECURITY DEPOSIT</w:t>
      </w:r>
      <w:r>
        <w:rPr>
          <w:rFonts w:ascii="Times New Roman" w:hAnsi="Times New Roman" w:eastAsia="Times New Roman" w:cs="Times New Roman"/>
          <w:sz w:val="24"/>
        </w:rPr>
        <w:t xml:space="preserve">. The Security Deposit shall be returned to the </w:t>
      </w:r>
      <w:r>
        <w:rPr>
          <w:rFonts w:ascii="Times New Roman" w:hAnsi="Times New Roman" w:eastAsia="Times New Roman" w:cs="Times New Roman"/>
          <w:sz w:val="24"/>
        </w:rPr>
        <w:t xml:space="preserve">Roommates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w:t>
      </w:r>
      <w:r>
        <w:rPr>
          <w:rFonts w:ascii="Times New Roman" w:hAnsi="Times New Roman" w:eastAsia="Times New Roman" w:cs="Times New Roman"/>
          <w:sz w:val="24"/>
        </w:rPr>
        <w:t>the end of the Term less any itemized deductions. The Roommates are responsible for providing the Landlord their forwarding address.</w:t>
      </w:r>
    </w:p>
    <w:p>
      <w:pPr/>
    </w:p>
    <w:p>
      <w:pPr>
        <w:ind w:hanging="720"/>
      </w:pPr>
      <w:r>
        <w:rPr>
          <w:rFonts w:ascii="Times New Roman" w:hAnsi="Times New Roman" w:eastAsia="Times New Roman" w:cs="Times New Roman"/>
          <w:b/>
          <w:sz w:val="24"/>
        </w:rPr>
        <w:t>SPECIFIC ROOMS</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Roommates will</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occupy </w:t>
      </w:r>
      <w:r>
        <w:rPr>
          <w:rFonts w:ascii="Times New Roman" w:hAnsi="Times New Roman" w:eastAsia="Times New Roman" w:cs="Times New Roman"/>
          <w:b/>
          <w:sz w:val="24"/>
        </w:rPr>
        <w:t>specific</w:t>
      </w:r>
      <w:r>
        <w:rPr>
          <w:rFonts w:ascii="Times New Roman" w:hAnsi="Times New Roman" w:eastAsia="Times New Roman" w:cs="Times New Roman"/>
          <w:sz w:val="24"/>
        </w:rPr>
        <w:t xml:space="preserve"> bedrooms.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Roommates will</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have </w:t>
      </w:r>
      <w:r>
        <w:rPr>
          <w:rFonts w:ascii="Times New Roman" w:hAnsi="Times New Roman" w:eastAsia="Times New Roman" w:cs="Times New Roman"/>
          <w:b/>
          <w:sz w:val="24"/>
        </w:rPr>
        <w:t>shared</w:t>
      </w:r>
      <w:r>
        <w:rPr>
          <w:rFonts w:ascii="Times New Roman" w:hAnsi="Times New Roman" w:eastAsia="Times New Roman" w:cs="Times New Roman"/>
          <w:sz w:val="24"/>
        </w:rPr>
        <w:t xml:space="preserve"> bedrooms.</w:t>
      </w:r>
    </w:p>
    <w:p>
      <w:pPr/>
    </w:p>
    <w:p>
      <w:pPr>
        <w:ind w:hanging="720"/>
      </w:pPr>
      <w:r>
        <w:rPr>
          <w:rFonts w:ascii="Times New Roman" w:hAnsi="Times New Roman" w:eastAsia="Times New Roman" w:cs="Times New Roman"/>
          <w:b/>
          <w:sz w:val="24"/>
        </w:rPr>
        <w:t>PRORATION PERIOD</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will move-in: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On the Start Date</w:t>
      </w:r>
      <w:r>
        <w:rPr>
          <w:rFonts w:ascii="Times New Roman" w:hAnsi="Times New Roman" w:eastAsia="Times New Roman" w:cs="Times New Roman"/>
          <w:sz w:val="24"/>
        </w:rPr>
        <w:t>. The Roommates will move-in and take possession of the Premises at the start of the Term.</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Before the Start Date</w:t>
      </w:r>
      <w:r>
        <w:rPr>
          <w:rFonts w:ascii="Times New Roman" w:hAnsi="Times New Roman" w:eastAsia="Times New Roman" w:cs="Times New Roman"/>
          <w:sz w:val="24"/>
        </w:rPr>
        <w:t xml:space="preserve">. The Roommates will move-in and take possession of the Premises on the following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agree to pay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to move-in on this earlier date.</w:t>
      </w:r>
    </w:p>
    <w:p>
      <w:pPr/>
    </w:p>
    <w:p>
      <w:pPr>
        <w:ind w:hanging="720"/>
      </w:pPr>
      <w:r>
        <w:rPr>
          <w:rFonts w:ascii="Times New Roman" w:hAnsi="Times New Roman" w:eastAsia="Times New Roman" w:cs="Times New Roman"/>
          <w:b/>
          <w:sz w:val="24"/>
        </w:rPr>
        <w:t>PRE-PAYMENT</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Pre-Pay Rent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the term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on</w:t>
      </w:r>
      <w:r>
        <w:rPr>
          <w:rFonts w:ascii="Times New Roman" w:hAnsi="Times New Roman" w:eastAsia="Times New Roman" w:cs="Times New Roman"/>
          <w:sz w:val="24"/>
        </w:rPr>
        <w:t xml:space="preserve"> </w:t>
      </w:r>
      <w:r>
        <w:rPr>
          <w:rFonts w:ascii="Times New Roman" w:hAnsi="Times New Roman" w:eastAsia="Times New Roman" w:cs="Times New Roman"/>
          <w:sz w:val="24"/>
        </w:rPr>
        <w:t>[END DATE]</w:t>
      </w:r>
      <w:r>
        <w:rPr>
          <w:rFonts w:ascii="Times New Roman" w:hAnsi="Times New Roman" w:eastAsia="Times New Roman" w:cs="Times New Roman"/>
          <w:sz w:val="24"/>
        </w:rPr>
        <w:t>. The Pre-Payment of Rent shall be due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Pre-Pay Rent</w:t>
      </w:r>
      <w:r>
        <w:rPr>
          <w:rFonts w:ascii="Times New Roman" w:hAnsi="Times New Roman" w:eastAsia="Times New Roman" w:cs="Times New Roman"/>
          <w:sz w:val="24"/>
        </w:rPr>
        <w:t>.</w:t>
      </w:r>
    </w:p>
    <w:p>
      <w:pPr/>
    </w:p>
    <w:p>
      <w:pPr>
        <w:ind w:hanging="720"/>
      </w:pPr>
      <w:r>
        <w:rPr>
          <w:rFonts w:ascii="Times New Roman" w:hAnsi="Times New Roman" w:eastAsia="Times New Roman" w:cs="Times New Roman"/>
          <w:b/>
          <w:sz w:val="24"/>
        </w:rPr>
        <w:t>HOUSE RULES</w:t>
      </w:r>
      <w:r>
        <w:rPr>
          <w:rFonts w:ascii="Times New Roman" w:hAnsi="Times New Roman" w:eastAsia="Times New Roman" w:cs="Times New Roman"/>
          <w:sz w:val="24"/>
        </w:rPr>
        <w:t>. The Roommates agree to the following house rules:</w:t>
      </w:r>
      <w:r>
        <w:rPr>
          <w:rFonts w:ascii="Times New Roman" w:hAnsi="Times New Roman" w:eastAsia="Times New Roman" w:cs="Times New Roman"/>
          <w:sz w:val="24"/>
        </w:rPr>
        <w:t xml:space="preserve"> (check applicable and complete below)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Smoking/Alcohol/Drugs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Parking</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Overnight Guests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Quiet Hours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Pets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r>
        <w:rPr>
          <w:rFonts w:ascii="Times New Roman" w:hAnsi="Times New Roman" w:eastAsia="Times New Roman" w:cs="Times New Roman"/>
          <w:sz w:val="24"/>
        </w:rPr>
        <w:tab/>
      </w:r>
    </w:p>
    <w:p>
      <w:pPr/>
    </w:p>
    <w:p>
      <w:pPr>
        <w:ind w:hanging="720"/>
      </w:pPr>
      <w:r>
        <w:rPr>
          <w:rFonts w:ascii="Times New Roman" w:hAnsi="Times New Roman" w:eastAsia="Times New Roman" w:cs="Times New Roman"/>
          <w:b/>
          <w:sz w:val="24"/>
        </w:rPr>
        <w:t>FIRST (1ST) MONTH'S RENT</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payment of first (1st) month's rent shall be upon the: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Execution</w:t>
      </w:r>
      <w:r>
        <w:rPr>
          <w:rFonts w:ascii="Times New Roman" w:hAnsi="Times New Roman" w:eastAsia="Times New Roman" w:cs="Times New Roman"/>
          <w:sz w:val="24"/>
        </w:rPr>
        <w:t xml:space="preserve">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First (1</w:t>
      </w:r>
      <w:r>
        <w:rPr>
          <w:rFonts w:ascii="Times New Roman" w:hAnsi="Times New Roman" w:eastAsia="Times New Roman" w:cs="Times New Roman"/>
          <w:b/>
          <w:sz w:val="24"/>
        </w:rPr>
        <w:t>st</w:t>
      </w:r>
      <w:r>
        <w:rPr>
          <w:rFonts w:ascii="Times New Roman" w:hAnsi="Times New Roman" w:eastAsia="Times New Roman" w:cs="Times New Roman"/>
          <w:b/>
          <w:sz w:val="24"/>
        </w:rPr>
        <w:t xml:space="preserve">) day </w:t>
      </w:r>
      <w:r>
        <w:rPr>
          <w:rFonts w:ascii="Times New Roman" w:hAnsi="Times New Roman" w:eastAsia="Times New Roman" w:cs="Times New Roman"/>
          <w:sz w:val="24"/>
        </w:rPr>
        <w:t>of the Lease Term.</w:t>
      </w:r>
    </w:p>
    <w:p>
      <w:pPr/>
    </w:p>
    <w:p>
      <w:pPr>
        <w:ind w:hanging="720"/>
      </w:pPr>
      <w:r>
        <w:rPr>
          <w:rFonts w:ascii="Times New Roman" w:hAnsi="Times New Roman" w:eastAsia="Times New Roman" w:cs="Times New Roman"/>
          <w:b/>
          <w:sz w:val="24"/>
        </w:rPr>
        <w:t>CLEANING</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The Roommates agree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Hire a Cleaner</w:t>
      </w:r>
      <w:r>
        <w:rPr>
          <w:rFonts w:ascii="Times New Roman" w:hAnsi="Times New Roman" w:eastAsia="Times New Roman" w:cs="Times New Roman"/>
          <w:sz w:val="24"/>
        </w:rPr>
        <w:t>. Each of the Roommates agree to clean: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On their own. There shall be no specific schedule or mandatory hours to clean.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On a schedule. Each of the Roommates agree to the following cleaning schedule: </w:t>
      </w:r>
      <w:r>
        <w:rPr>
          <w:rFonts w:ascii="Times New Roman" w:hAnsi="Times New Roman" w:eastAsia="Times New Roman" w:cs="Times New Roman"/>
          <w:sz w:val="24"/>
        </w:rPr>
        <w:t>[SCHEDULE DESCRIPTION]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Hire a Cleaner</w:t>
      </w:r>
      <w:r>
        <w:rPr>
          <w:rFonts w:ascii="Times New Roman" w:hAnsi="Times New Roman" w:eastAsia="Times New Roman" w:cs="Times New Roman"/>
          <w:sz w:val="24"/>
        </w:rPr>
        <w:t>. A cleaner will be hired by the Roommates and the costs related shall be shared equally.</w:t>
      </w:r>
    </w:p>
    <w:p>
      <w:pPr/>
    </w:p>
    <w:p>
      <w:pPr>
        <w:ind w:hanging="720"/>
      </w:pPr>
      <w:r>
        <w:rPr>
          <w:rFonts w:ascii="Times New Roman" w:hAnsi="Times New Roman" w:eastAsia="Times New Roman" w:cs="Times New Roman"/>
          <w:b/>
          <w:sz w:val="24"/>
        </w:rPr>
        <w:t>MONTHLY RESERVE</w:t>
      </w:r>
      <w:r>
        <w:rPr>
          <w:rFonts w:ascii="Times New Roman" w:hAnsi="Times New Roman" w:eastAsia="Times New Roman" w:cs="Times New Roman"/>
          <w:sz w:val="24"/>
        </w:rPr>
        <w:t>. The Roommates agree to pay: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Monthly Reserve</w:t>
      </w:r>
      <w:r>
        <w:rPr>
          <w:rFonts w:ascii="Times New Roman" w:hAnsi="Times New Roman" w:eastAsia="Times New Roman" w:cs="Times New Roman"/>
          <w:sz w:val="24"/>
        </w:rPr>
        <w:t xml:space="preserve">. The Roommates will each be obligated to make a monthly payment of </w:t>
      </w:r>
      <w:r>
        <w:rPr>
          <w:rFonts w:ascii="Times New Roman" w:hAnsi="Times New Roman" w:eastAsia="Times New Roman" w:cs="Times New Roman"/>
          <w:sz w:val="24"/>
        </w:rPr>
        <w:t>$</w:t>
      </w:r>
      <w:r>
        <w:rPr>
          <w:rFonts w:ascii="Times New Roman" w:hAnsi="Times New Roman" w:eastAsia="Times New Roman" w:cs="Times New Roman"/>
          <w:sz w:val="24"/>
        </w:rPr>
        <w:t>[ENTER AMOUNT]</w:t>
      </w:r>
      <w:r>
        <w:rPr>
          <w:rFonts w:ascii="Times New Roman" w:hAnsi="Times New Roman" w:eastAsia="Times New Roman" w:cs="Times New Roman"/>
          <w:sz w:val="24"/>
        </w:rPr>
        <w:t xml:space="preserve"> for the Roommates’ day-to-day household items.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Monthly Reserve</w:t>
      </w:r>
      <w:r>
        <w:rPr>
          <w:rFonts w:ascii="Times New Roman" w:hAnsi="Times New Roman" w:eastAsia="Times New Roman" w:cs="Times New Roman"/>
          <w:sz w:val="24"/>
        </w:rPr>
        <w:t>. No payment shall be made by the Roommates for day-to-day household items.</w:t>
      </w:r>
    </w:p>
    <w:p>
      <w:pPr/>
    </w:p>
    <w:p>
      <w:pPr>
        <w:ind w:hanging="720"/>
      </w:pPr>
      <w:r>
        <w:rPr>
          <w:rFonts w:ascii="Times New Roman" w:hAnsi="Times New Roman" w:eastAsia="Times New Roman" w:cs="Times New Roman"/>
          <w:b/>
          <w:sz w:val="24"/>
        </w:rPr>
        <w:t>UTILITIES &amp; SERVICES</w:t>
      </w:r>
      <w:r>
        <w:rPr>
          <w:rFonts w:ascii="Times New Roman" w:hAnsi="Times New Roman" w:eastAsia="Times New Roman" w:cs="Times New Roman"/>
          <w:sz w:val="24"/>
        </w:rPr>
        <w:t xml:space="preserve">. </w:t>
      </w:r>
      <w:r>
        <w:rPr>
          <w:rFonts w:ascii="Times New Roman" w:hAnsi="Times New Roman" w:eastAsia="Times New Roman" w:cs="Times New Roman"/>
          <w:sz w:val="24"/>
        </w:rPr>
        <w:t>The Roommates agree to the following utilities and services: (check applicable and complete below)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Gas/Oil/Propane</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Water/Sewer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Electricity</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Garbage</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 Trash Removal</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Cable TV</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Internet</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p>
    <w:p>
      <w:pPr>
        <w:ind w:hanging="720"/>
      </w:pPr>
      <w:r>
        <w:rPr>
          <w:rFonts w:ascii="Times New Roman" w:hAnsi="Times New Roman" w:eastAsia="Times New Roman" w:cs="Times New Roman"/>
          <w:b/>
          <w:sz w:val="24"/>
        </w:rPr>
        <w:t>HOUSEHOLD SUPPLIES</w:t>
      </w:r>
      <w:r>
        <w:rPr>
          <w:rFonts w:ascii="Times New Roman" w:hAnsi="Times New Roman" w:eastAsia="Times New Roman" w:cs="Times New Roman"/>
          <w:sz w:val="24"/>
        </w:rPr>
        <w:t>. A single</w:t>
      </w:r>
      <w:r>
        <w:rPr>
          <w:rFonts w:ascii="Times New Roman" w:hAnsi="Times New Roman" w:eastAsia="Times New Roman" w:cs="Times New Roman"/>
          <w:sz w:val="24"/>
        </w:rPr>
        <w:t xml:space="preserve"> ledger (with item description, cost, and date of purchase) will be kept listing all household supplies purchased by the Roommates. The supplies may include such items as paper towels, toilet paper, cleaning fluids, dish detergent, foil, plastic trash bags, scrub brushes, and any other goods needed for the Premises which will be shared by all the Roommates. The purchaser of household supplies will be entitled to reimbursement from the other Roommates.</w:t>
      </w:r>
    </w:p>
    <w:p>
      <w:pPr/>
    </w:p>
    <w:p>
      <w:pPr>
        <w:ind w:hanging="720"/>
      </w:pPr>
      <w:r>
        <w:rPr>
          <w:rFonts w:ascii="Times New Roman" w:hAnsi="Times New Roman" w:eastAsia="Times New Roman" w:cs="Times New Roman"/>
          <w:b/>
          <w:sz w:val="24"/>
        </w:rPr>
        <w:t>PERSONAL PROPERTY</w:t>
      </w:r>
      <w:r>
        <w:rPr>
          <w:rFonts w:ascii="Times New Roman" w:hAnsi="Times New Roman" w:eastAsia="Times New Roman" w:cs="Times New Roman"/>
          <w:sz w:val="24"/>
        </w:rPr>
        <w:t>. All the Roommates</w:t>
      </w:r>
      <w:r>
        <w:rPr>
          <w:rFonts w:ascii="Times New Roman" w:hAnsi="Times New Roman" w:eastAsia="Times New Roman" w:cs="Times New Roman"/>
          <w:sz w:val="24"/>
        </w:rPr>
        <w:t xml:space="preserve"> agree to not use or borrow other Roommates’ personal items without the approval of the Roommate who owns the property. Any exception(s) to this rule will be clearly stated and agreed upon, and the Roommate who owns the property retains the right to change their mind about sharing their personal property. Any personal property that is borrowed should be used respectfully and returned in the same condition. If any damage is done to a Roommate’s personal property, the Roommate(s) responsible for causing the damage will compensate the Roommate who owns the personal property for their loss.</w:t>
      </w:r>
    </w:p>
    <w:p>
      <w:pPr/>
    </w:p>
    <w:p>
      <w:pPr>
        <w:ind w:hanging="72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
    <w:p>
      <w:pPr>
        <w:ind w:hanging="720"/>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shall be governed under the laws in the state of Missouri.</w:t>
      </w:r>
    </w:p>
    <w:p>
      <w:pPr/>
    </w:p>
    <w:p>
      <w:pPr>
        <w:ind w:hanging="720"/>
      </w:pPr>
      <w:r>
        <w:rPr>
          <w:rFonts w:ascii="Times New Roman" w:hAnsi="Times New Roman" w:eastAsia="Times New Roman" w:cs="Times New Roman"/>
          <w:b/>
          <w:sz w:val="24"/>
        </w:rPr>
        <w:t>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ADDITIONAL TERMS &amp; CONDITIONS]</w:t>
      </w:r>
    </w:p>
    <w:p>
      <w:pPr/>
    </w:p>
    <w:p>
      <w:pPr>
        <w:ind w:hanging="720"/>
      </w:pPr>
      <w:r>
        <w:rPr>
          <w:rFonts w:ascii="Times New Roman" w:hAnsi="Times New Roman" w:eastAsia="Times New Roman" w:cs="Times New Roman"/>
          <w:b/>
          <w:sz w:val="24"/>
        </w:rPr>
        <w:t>ENTIRE AGREEMENT</w:t>
      </w:r>
      <w:r>
        <w:rPr>
          <w:rFonts w:ascii="Times New Roman" w:hAnsi="Times New Roman" w:eastAsia="Times New Roman" w:cs="Times New Roman"/>
          <w:sz w:val="24"/>
        </w:rPr>
        <w:t>. This Agreement contains all the terms agreed to by the Parties and may be modified or amended only by written agreement signed by all the Roommates. This Agreement replaces all previous discussions, understandings, and oral agreements. The Roommates agree to the terms and conditions and shall be bound until the end of the Term.</w:t>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r>
        <w:rPr>
          <w:rFonts w:ascii="Times New Roman" w:hAnsi="Times New Roman" w:eastAsia="Times New Roman" w:cs="Times New Roman"/>
          <w:sz w:val="24"/>
        </w:rPr>
        <w:tab/>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r>
        <w:rPr>
          <w:rFonts w:ascii="Times New Roman" w:hAnsi="Times New Roman" w:eastAsia="Times New Roman" w:cs="Times New Roman"/>
          <w:sz w:val="24"/>
        </w:rPr>
        <w:tab/>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p>
    <w:p>
      <w:pPr/>
    </w:p>
    <w:p>
      <w:pPr/>
    </w:p>
    <w:p>
      <w:pPr>
        <w:jc w:val="center"/>
      </w:pPr>
      <w:r>
        <w:rPr>
          <w:rFonts w:ascii="Times New Roman" w:hAnsi="Times New Roman" w:eastAsia="Times New Roman" w:cs="Times New Roman"/>
          <w:sz w:val="24"/>
        </w:rPr>
        <w:t>(IF APPLICABLE)</w:t>
      </w:r>
    </w:p>
    <w:p>
      <w:pPr/>
    </w:p>
    <w:p>
      <w:pPr/>
      <w:r>
        <w:rPr>
          <w:rFonts w:ascii="Times New Roman" w:hAnsi="Times New Roman" w:eastAsia="Times New Roman" w:cs="Times New Roman"/>
          <w:b/>
          <w:sz w:val="24"/>
        </w:rPr>
        <w:t>Landlord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