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MOBILE HOME SALES RECEIPT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>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Receipt #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Seller Name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Address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City, State, ZIP Code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Phone _______________________</w:t>
      </w:r>
    </w:p>
    <w:p>
      <w:pPr>
        <w:spacing w:line="360" w:lineRule="auto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Mobile Home Description</w:t>
      </w:r>
    </w:p>
    <w:p>
      <w:pPr>
        <w:jc w:val="center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Manufacturer: ______________________ </w:t>
        <w:tab/>
        <w:t>Model: 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Serial Number: ______________________ </w:t>
        <w:tab/>
        <w:t>Size: 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Year (Manufactured): _________________ </w:t>
        <w:tab/>
        <w:t>Location of Home: ____________________</w:t>
      </w:r>
    </w:p>
    <w:p>
      <w:pPr>
        <w:spacing w:line="360" w:lineRule="auto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Payment Information</w:t>
      </w:r>
    </w:p>
    <w:p>
      <w:pPr>
        <w:jc w:val="center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This receipt acknowledges the payment of (check one):</w:t>
      </w:r>
    </w:p>
    <w:p>
      <w:pPr>
        <w:spacing w:line="360" w:lineRule="auto"/>
        <w:ind w:hanging="380"/>
      </w:pP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A deposit being made in the amount of _______________________ Dollars ($_______________________) that will be credited towards the purchase price. </w:t>
      </w:r>
    </w:p>
    <w:p>
      <w:pPr>
        <w:spacing w:line="360" w:lineRule="auto"/>
        <w:ind w:hanging="720"/>
      </w:pPr>
      <w:r>
        <w:rPr>
          <w:rFonts w:ascii="Times New Roman" w:hAnsi="Times New Roman" w:eastAsia="Times New Roman" w:cs="Times New Roman"/>
          <w:sz w:val="24"/>
        </w:rPr>
        <w:t xml:space="preserve">   </w:t>
      </w:r>
      <w:r>
        <w:rPr>
          <w:rFonts w:ascii="Times New Roman" w:hAnsi="Times New Roman" w:eastAsia="Times New Roman" w:cs="Times New Roman"/>
          <w:sz w:val="24"/>
        </w:rPr>
        <w:tab/>
        <w:t xml:space="preserve">The agreed total (or remainder) purchase price of ______________________ Dollars ($_______________________) for the purchase of the </w:t>
      </w:r>
      <w:r>
        <w:rPr>
          <w:rFonts w:ascii="Times New Roman" w:hAnsi="Times New Roman" w:eastAsia="Times New Roman" w:cs="Times New Roman"/>
          <w:b/>
          <w:sz w:val="24"/>
        </w:rPr>
        <w:t>mobile home</w:t>
      </w:r>
      <w:r>
        <w:rPr>
          <w:rFonts w:ascii="Times New Roman" w:hAnsi="Times New Roman" w:eastAsia="Times New Roman" w:cs="Times New Roman"/>
          <w:sz w:val="24"/>
        </w:rPr>
        <w:t xml:space="preserve"> described above. The mobile home is sold in “as-is” condition with no liens, encumbrances, or mortgage.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Amount paid: </w:t>
      </w:r>
      <w:r>
        <w:rPr>
          <w:rFonts w:ascii="Times New Roman" w:hAnsi="Times New Roman" w:eastAsia="Times New Roman" w:cs="Times New Roman"/>
          <w:sz w:val="24"/>
        </w:rPr>
        <w:t>__</w:t>
      </w:r>
      <w:r>
        <w:rPr>
          <w:rFonts w:ascii="Times New Roman" w:hAnsi="Times New Roman" w:eastAsia="Times New Roman" w:cs="Times New Roman"/>
          <w:sz w:val="24"/>
        </w:rPr>
        <w:t>_______________________ Dollars ($</w:t>
      </w:r>
      <w:r>
        <w:rPr>
          <w:rFonts w:ascii="Times New Roman" w:hAnsi="Times New Roman" w:eastAsia="Times New Roman" w:cs="Times New Roman"/>
          <w:sz w:val="24"/>
        </w:rPr>
        <w:t>__</w:t>
      </w:r>
      <w:r>
        <w:rPr>
          <w:rFonts w:ascii="Times New Roman" w:hAnsi="Times New Roman" w:eastAsia="Times New Roman" w:cs="Times New Roman"/>
          <w:sz w:val="24"/>
        </w:rPr>
        <w:t>_______________________)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Payment made by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 xml:space="preserve"> Check / </w:t>
      </w:r>
      <w:r>
        <w:rPr>
          <w:rFonts w:ascii="Times New Roman" w:hAnsi="Times New Roman" w:eastAsia="Times New Roman" w:cs="Times New Roman"/>
          <w:sz w:val="24"/>
        </w:rPr>
        <w:t xml:space="preserve"> Credit Card / </w:t>
      </w:r>
      <w:r>
        <w:rPr>
          <w:rFonts w:ascii="Times New Roman" w:hAnsi="Times New Roman" w:eastAsia="Times New Roman" w:cs="Times New Roman"/>
          <w:sz w:val="24"/>
        </w:rPr>
        <w:t xml:space="preserve"> Other: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Check/Card # _______________________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Purchaser Name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Address _________________________________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City, State, ZIP Code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Phone _______________________</w:t>
        <w:tab/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Seller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Print Name 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