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8" w:after="0"/>
        <w:ind w:hanging="1216"/>
      </w:pPr>
      <w:r>
        <w:rPr>
          <w:rFonts w:ascii="Times New Roman" w:hAnsi="Times New Roman" w:eastAsia="Times New Roman" w:cs="Times New Roman"/>
          <w:b/>
          <w:sz w:val="24"/>
        </w:rPr>
        <w:t>DURABLE POWER OF ATTORNEY FOR HEALTH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CARE</w:t>
      </w:r>
    </w:p>
    <w:p>
      <w:pPr>
        <w:spacing w:before="319" w:after="0"/>
      </w:pP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,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 the City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>[CITY]</w:t>
      </w:r>
      <w:r>
        <w:rPr>
          <w:rFonts w:ascii="Times New Roman" w:hAnsi="Times New Roman" w:eastAsia="Times New Roman" w:cs="Times New Roman"/>
          <w:sz w:val="24"/>
        </w:rPr>
        <w:t>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State of Montana, do hereby make, constitute, nominate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appoint</w:t>
      </w:r>
    </w:p>
    <w:p>
      <w:pPr/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>presently residing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>[COUNTY]</w:t>
      </w:r>
      <w:r>
        <w:rPr>
          <w:rFonts w:ascii="Times New Roman" w:hAnsi="Times New Roman" w:eastAsia="Times New Roman" w:cs="Times New Roman"/>
          <w:sz w:val="24"/>
        </w:rPr>
        <w:t>County, State of Montana, as my true and lawful attorney-in-fact to act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me and in my place and stead for the purpose of making any and all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decisions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regarding my health and, medical care and treatment at any time that I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be, by reason of physical, mental disability, incompetency 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incapacity,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incapable of making decisions on 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behalf.</w:t>
      </w:r>
    </w:p>
    <w:p>
      <w:pPr>
        <w:spacing w:before="1" w:after="0"/>
      </w:pPr>
    </w:p>
    <w:p>
      <w:pPr>
        <w:ind w:firstLine="0"/>
      </w:pPr>
      <w:r>
        <w:rPr>
          <w:rFonts w:ascii="Times New Roman" w:hAnsi="Times New Roman" w:eastAsia="Times New Roman" w:cs="Times New Roman"/>
          <w:sz w:val="24"/>
        </w:rPr>
        <w:t>I grant said attorney-in-fact complete and full authority to do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perform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all and every act and thing whatsoever requisite, proper and necessary 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done in the exercise of the rights herein granted, as fully for all intents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purposes as I might or could do if personally present and able with full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 substitution or revocation, hereby ratifying and confirming all 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said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attorney-in-fact shall lawfully do or cause to be done by virtue of this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 attorney and the rights and powers granted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herein.</w:t>
      </w:r>
    </w:p>
    <w:p>
      <w:pPr/>
    </w:p>
    <w:p>
      <w:pPr>
        <w:ind w:firstLine="0"/>
      </w:pPr>
      <w:r>
        <w:rPr>
          <w:rFonts w:ascii="Times New Roman" w:hAnsi="Times New Roman" w:eastAsia="Times New Roman" w:cs="Times New Roman"/>
          <w:sz w:val="24"/>
        </w:rPr>
        <w:t>If, at any time, I am unable to make or communicate decisions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concerning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 medical care and treatment, by virtue of physical, mental 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emotional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disability, incompetency, incapacity, illness or otherwise, my said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attorney-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in-fact shall have the authority to make all health care decisions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medical care and treatment decisions for me and on my behalf,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including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consenting or refusing to consent to any care, treatment, service 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procedure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maintain, diagnose or treat my mental or physical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condition.</w:t>
      </w:r>
    </w:p>
    <w:p>
      <w:pPr>
        <w:spacing w:before="1" w:after="0"/>
      </w:pPr>
    </w:p>
    <w:p>
      <w:pPr>
        <w:ind w:firstLine="70"/>
      </w:pPr>
      <w:r>
        <w:rPr>
          <w:rFonts w:ascii="Times New Roman" w:hAnsi="Times New Roman" w:eastAsia="Times New Roman" w:cs="Times New Roman"/>
          <w:sz w:val="24"/>
        </w:rPr>
        <w:t>In the absence of my ability to give directions regarding my health care,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is my intention that my said attorney-in-fact shall exercise this specific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grant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 authority and that such exercise shall be honored by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family, physicians, nurses, and any other health care provider(s) or facility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which or by which I may be treated, as a final expression of my legal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rights.</w:t>
      </w:r>
    </w:p>
    <w:p>
      <w:pPr/>
    </w:p>
    <w:p>
      <w:pPr>
        <w:ind w:firstLine="0"/>
      </w:pPr>
      <w:r>
        <w:rPr>
          <w:rFonts w:ascii="Times New Roman" w:hAnsi="Times New Roman" w:eastAsia="Times New Roman" w:cs="Times New Roman"/>
          <w:sz w:val="24"/>
        </w:rPr>
        <w:t>This power of attorney is durable and will continue to be effective if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become disabled, incapacitated, 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incompetent.</w:t>
      </w:r>
    </w:p>
    <w:p>
      <w:pPr>
        <w:spacing w:before="1" w:after="0"/>
      </w:pPr>
    </w:p>
    <w:p>
      <w:pPr>
        <w:ind w:firstLine="0"/>
      </w:pPr>
      <w:r>
        <w:rPr>
          <w:rFonts w:ascii="Times New Roman" w:hAnsi="Times New Roman" w:eastAsia="Times New Roman" w:cs="Times New Roman"/>
          <w:sz w:val="24"/>
        </w:rPr>
        <w:t>This durable power of attorney is effective in any state that I may seek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receive medical-treatment and health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care.</w:t>
      </w:r>
    </w:p>
    <w:p>
      <w:pPr/>
    </w:p>
    <w:p>
      <w:pPr>
        <w:spacing w:before="36" w:after="0"/>
        <w:ind w:firstLine="0"/>
      </w:pPr>
      <w:r>
        <w:rPr>
          <w:rFonts w:ascii="Times New Roman" w:hAnsi="Times New Roman" w:eastAsia="Times New Roman" w:cs="Times New Roman"/>
          <w:sz w:val="24"/>
        </w:rPr>
        <w:t>I specifically direct all health care providers, including physicians,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nurses,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therapists and medical and hospital staff to follow the directions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attorney-in-fact and such decisions are superior to and shall take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precedence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over any decisions made by any member of 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family.</w:t>
      </w:r>
    </w:p>
    <w:p>
      <w:pPr/>
    </w:p>
    <w:p>
      <w:pPr>
        <w:ind w:firstLine="0"/>
      </w:pPr>
      <w:r>
        <w:rPr>
          <w:rFonts w:ascii="Times New Roman" w:hAnsi="Times New Roman" w:eastAsia="Times New Roman" w:cs="Times New Roman"/>
          <w:sz w:val="24"/>
        </w:rPr>
        <w:t>The rights, powers, and authority of said attorney-in-fact herein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granted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shall commence and be in full force and effect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immediately.</w:t>
      </w:r>
    </w:p>
    <w:p>
      <w:pPr>
        <w:spacing w:before="11" w:after="0"/>
      </w:pPr>
    </w:p>
    <w:p>
      <w:pPr>
        <w:ind w:firstLine="0"/>
      </w:pPr>
      <w:r>
        <w:rPr>
          <w:rFonts w:ascii="Times New Roman" w:hAnsi="Times New Roman" w:eastAsia="Times New Roman" w:cs="Times New Roman"/>
          <w:sz w:val="24"/>
        </w:rPr>
        <w:t>If any agent named by me dies, becomes incompetent, resigns 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refuses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accept the office of agent, I name the following persons (each to act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alone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 successively, in the order named) as successor(s) to 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agent:</w:t>
      </w:r>
    </w:p>
    <w:p>
      <w:pPr>
        <w:spacing w:before="4" w:after="0"/>
      </w:pPr>
    </w:p>
    <w:p>
      <w:pPr>
        <w:ind w:hanging="341"/>
      </w:pPr>
      <w:r>
        <w:rPr>
          <w:rFonts w:ascii="Times New Roman" w:hAnsi="Times New Roman" w:eastAsia="Times New Roman" w:cs="Times New Roman"/>
          <w:sz w:val="24"/>
        </w:rPr>
        <w:t>[NAME]</w:t>
      </w:r>
    </w:p>
    <w:p>
      <w:pPr>
        <w:ind w:hanging="341"/>
      </w:pPr>
      <w:r>
        <w:rPr>
          <w:rFonts w:ascii="Times New Roman" w:hAnsi="Times New Roman" w:eastAsia="Times New Roman" w:cs="Times New Roman"/>
          <w:sz w:val="24"/>
        </w:rPr>
        <w:t>[NAME]</w:t>
      </w:r>
    </w:p>
    <w:p>
      <w:pPr>
        <w:ind w:hanging="341"/>
      </w:pPr>
    </w:p>
    <w:p>
      <w:pPr>
        <w:spacing w:before="63" w:after="0"/>
        <w:ind w:firstLine="0"/>
      </w:pPr>
      <w:r>
        <w:rPr>
          <w:rFonts w:ascii="Times New Roman" w:hAnsi="Times New Roman" w:eastAsia="Times New Roman" w:cs="Times New Roman"/>
          <w:sz w:val="24"/>
        </w:rPr>
        <w:t>Special instructions: On the following lines I give special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instructions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limiting or extending the powers granted to 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agent.</w:t>
      </w:r>
    </w:p>
    <w:p>
      <w:pPr>
        <w:spacing w:before="8" w:after="0"/>
      </w:pPr>
      <w:r>
        <w:rPr>
          <w:rFonts w:ascii="Times New Roman" w:hAnsi="Times New Roman" w:eastAsia="Times New Roman" w:cs="Times New Roman"/>
          <w:sz w:val="24"/>
        </w:rPr>
        <w:t>[INSTRUCTIONS]</w:t>
      </w:r>
    </w:p>
    <w:p>
      <w:pPr>
        <w:spacing w:before="8" w:after="0"/>
      </w:pPr>
    </w:p>
    <w:p>
      <w:pPr/>
    </w:p>
    <w:p>
      <w:pPr>
        <w:spacing w:before="63" w:after="0"/>
        <w:ind w:hanging="419"/>
      </w:pPr>
      <w:r>
        <w:rPr>
          <w:rFonts w:ascii="Times New Roman" w:hAnsi="Times New Roman" w:eastAsia="Times New Roman" w:cs="Times New Roman"/>
          <w:sz w:val="24"/>
        </w:rPr>
        <w:t>I hereby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designate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to determine whether I am unable to make or communicate decisions concerning my medical care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treatment by virtue of my physical, mental, or emotional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disability,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incompetency, incapacity, illness or otherwise. This determination will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provided in writing and attached to this Durable Power of 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Health Care and Medical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Treatment.</w:t>
      </w:r>
    </w:p>
    <w:p>
      <w:pPr/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Dated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>day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>,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>.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Signature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Principal:</w:t>
      </w:r>
    </w:p>
    <w:p>
      <w:pPr>
        <w:spacing w:before="1" w:after="0"/>
      </w:pPr>
    </w:p>
    <w:p>
      <w:pPr>
        <w:spacing w:line="20" w:lineRule="exact"/>
      </w:pPr>
    </w:p>
    <w:p>
      <w:pPr>
        <w:spacing w:before="8" w:after="0"/>
      </w:pPr>
    </w:p>
    <w:p>
      <w:pPr/>
    </w:p>
    <w:p>
      <w:pPr>
        <w:spacing w:before="63" w:after="0"/>
      </w:pPr>
      <w:r>
        <w:rPr>
          <w:rFonts w:ascii="Times New Roman" w:hAnsi="Times New Roman" w:eastAsia="Times New Roman" w:cs="Times New Roman"/>
          <w:sz w:val="24"/>
        </w:rPr>
        <w:t>Social Security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Number:</w:t>
      </w:r>
    </w:p>
    <w:p>
      <w:pPr>
        <w:spacing w:before="0" w:after="0"/>
      </w:pPr>
      <w:r>
        <w:rPr>
          <w:rFonts w:ascii="Times New Roman" w:hAnsi="Times New Roman" w:eastAsia="Times New Roman" w:cs="Times New Roman"/>
          <w:sz w:val="24"/>
        </w:rPr>
        <w:t>-</w:t>
        <w:tab/>
        <w:t>-</w:t>
        <w:tab/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/>
    </w:p>
    <w:p>
      <w:pPr>
        <w:spacing w:line="20" w:lineRule="exact"/>
      </w:pP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ab/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WITNESS STATEMENT AND NOTARY ACKNOWLEDGMENT:</w:t>
      </w:r>
    </w:p>
    <w:p>
      <w:pPr/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SIGNATURE OF FIRST WITNESS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Signature: </w:t>
      </w:r>
      <w:r>
        <w:rPr>
          <w:rFonts w:ascii="Times New Roman" w:hAnsi="Times New Roman" w:eastAsia="Times New Roman" w:cs="Times New Roman"/>
          <w:sz w:val="24"/>
        </w:rPr>
        <w:t>________________________________________________</w:t>
      </w:r>
    </w:p>
    <w:p>
      <w:pPr/>
      <w:r>
        <w:rPr>
          <w:rFonts w:ascii="Times New Roman" w:hAnsi="Times New Roman" w:eastAsia="Times New Roman" w:cs="Times New Roman"/>
          <w:sz w:val="24"/>
        </w:rPr>
        <w:t xml:space="preserve">  </w:t>
      </w:r>
      <w:r>
        <w:rPr>
          <w:rFonts w:ascii="Times New Roman" w:hAnsi="Times New Roman" w:eastAsia="Times New Roman" w:cs="Times New Roman"/>
          <w:sz w:val="24"/>
        </w:rPr>
        <w:tab/>
        <w:t xml:space="preserve">       </w:t>
      </w:r>
    </w:p>
    <w:p>
      <w:pPr/>
      <w:r>
        <w:rPr>
          <w:rFonts w:ascii="Times New Roman" w:hAnsi="Times New Roman" w:eastAsia="Times New Roman" w:cs="Times New Roman"/>
          <w:sz w:val="24"/>
        </w:rPr>
        <w:t xml:space="preserve">Print Name: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Date: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/>
      <w:r>
        <w:rPr>
          <w:rFonts w:ascii="Times New Roman" w:hAnsi="Times New Roman" w:eastAsia="Times New Roman" w:cs="Times New Roman"/>
          <w:sz w:val="24"/>
        </w:rPr>
        <w:t xml:space="preserve">  </w:t>
      </w:r>
      <w:r>
        <w:rPr>
          <w:rFonts w:ascii="Times New Roman" w:hAnsi="Times New Roman" w:eastAsia="Times New Roman" w:cs="Times New Roman"/>
          <w:sz w:val="24"/>
        </w:rPr>
        <w:tab/>
        <w:t xml:space="preserve">       </w:t>
      </w:r>
    </w:p>
    <w:p>
      <w:pPr/>
      <w:r>
        <w:rPr>
          <w:rFonts w:ascii="Times New Roman" w:hAnsi="Times New Roman" w:eastAsia="Times New Roman" w:cs="Times New Roman"/>
          <w:sz w:val="24"/>
        </w:rPr>
        <w:t xml:space="preserve">Address: </w:t>
      </w:r>
      <w:r>
        <w:rPr>
          <w:rFonts w:ascii="Times New Roman" w:hAnsi="Times New Roman" w:eastAsia="Times New Roman" w:cs="Times New Roman"/>
          <w:sz w:val="24"/>
        </w:rPr>
        <w:t>[ADDRESS]</w:t>
      </w:r>
    </w:p>
    <w:p>
      <w:pPr/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SIGNATURE OF SECOND WITNESS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Signature: </w:t>
      </w:r>
      <w:r>
        <w:rPr>
          <w:rFonts w:ascii="Times New Roman" w:hAnsi="Times New Roman" w:eastAsia="Times New Roman" w:cs="Times New Roman"/>
          <w:sz w:val="24"/>
        </w:rPr>
        <w:t>________________________________________________</w:t>
      </w:r>
    </w:p>
    <w:p>
      <w:pPr/>
      <w:r>
        <w:rPr>
          <w:rFonts w:ascii="Times New Roman" w:hAnsi="Times New Roman" w:eastAsia="Times New Roman" w:cs="Times New Roman"/>
          <w:sz w:val="24"/>
        </w:rPr>
        <w:t xml:space="preserve">  </w:t>
      </w:r>
      <w:r>
        <w:rPr>
          <w:rFonts w:ascii="Times New Roman" w:hAnsi="Times New Roman" w:eastAsia="Times New Roman" w:cs="Times New Roman"/>
          <w:sz w:val="24"/>
        </w:rPr>
        <w:tab/>
        <w:t xml:space="preserve">       </w:t>
      </w:r>
    </w:p>
    <w:p>
      <w:pPr/>
      <w:r>
        <w:rPr>
          <w:rFonts w:ascii="Times New Roman" w:hAnsi="Times New Roman" w:eastAsia="Times New Roman" w:cs="Times New Roman"/>
          <w:sz w:val="24"/>
        </w:rPr>
        <w:t xml:space="preserve">Print Name: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Date: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/>
      <w:r>
        <w:rPr>
          <w:rFonts w:ascii="Times New Roman" w:hAnsi="Times New Roman" w:eastAsia="Times New Roman" w:cs="Times New Roman"/>
          <w:sz w:val="24"/>
        </w:rPr>
        <w:t xml:space="preserve">  </w:t>
      </w:r>
      <w:r>
        <w:rPr>
          <w:rFonts w:ascii="Times New Roman" w:hAnsi="Times New Roman" w:eastAsia="Times New Roman" w:cs="Times New Roman"/>
          <w:sz w:val="24"/>
        </w:rPr>
        <w:tab/>
        <w:t xml:space="preserve">       </w:t>
      </w:r>
    </w:p>
    <w:p>
      <w:pPr/>
      <w:r>
        <w:rPr>
          <w:rFonts w:ascii="Times New Roman" w:hAnsi="Times New Roman" w:eastAsia="Times New Roman" w:cs="Times New Roman"/>
          <w:sz w:val="24"/>
        </w:rPr>
        <w:t xml:space="preserve">Address: </w:t>
      </w:r>
      <w:r>
        <w:rPr>
          <w:rFonts w:ascii="Times New Roman" w:hAnsi="Times New Roman" w:eastAsia="Times New Roman" w:cs="Times New Roman"/>
          <w:sz w:val="24"/>
        </w:rPr>
        <w:t>[ADDRESS]</w:t>
      </w:r>
    </w:p>
    <w:p>
      <w:pPr>
        <w:spacing w:before="36" w:after="0" w:line="322" w:lineRule="exact"/>
      </w:pPr>
    </w:p>
    <w:p>
      <w:pPr>
        <w:spacing w:before="36" w:after="0" w:line="322" w:lineRule="exact"/>
      </w:pPr>
    </w:p>
    <w:p>
      <w:pPr>
        <w:spacing w:before="36" w:after="0" w:line="322" w:lineRule="exact"/>
      </w:pPr>
    </w:p>
    <w:p>
      <w:pPr>
        <w:spacing w:before="36" w:after="0" w:line="322" w:lineRule="exact"/>
      </w:pPr>
      <w:r>
        <w:rPr>
          <w:rFonts w:ascii="Times New Roman" w:hAnsi="Times New Roman" w:eastAsia="Times New Roman" w:cs="Times New Roman"/>
          <w:sz w:val="24"/>
        </w:rPr>
        <w:t>State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Montana</w:t>
      </w:r>
    </w:p>
    <w:p>
      <w:pPr>
        <w:spacing w:line="322" w:lineRule="exact"/>
      </w:pPr>
    </w:p>
    <w:p>
      <w:pPr>
        <w:spacing w:line="322" w:lineRule="exact"/>
      </w:pPr>
      <w:r>
        <w:rPr>
          <w:rFonts w:ascii="Times New Roman" w:hAnsi="Times New Roman" w:eastAsia="Times New Roman" w:cs="Times New Roman"/>
          <w:sz w:val="24"/>
        </w:rPr>
        <w:t>County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[COUNTY]</w:t>
      </w:r>
    </w:p>
    <w:p>
      <w:pPr>
        <w:spacing w:before="6" w:after="0"/>
      </w:pPr>
    </w:p>
    <w:p>
      <w:pPr>
        <w:spacing w:before="63" w:after="0" w:line="480" w:lineRule="auto"/>
      </w:pPr>
      <w:r>
        <w:rPr>
          <w:rFonts w:ascii="Times New Roman" w:hAnsi="Times New Roman" w:eastAsia="Times New Roman" w:cs="Times New Roman"/>
          <w:sz w:val="24"/>
        </w:rPr>
        <w:t>Subscribed, sworn to and acknowledged before me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>
        <w:spacing w:before="11" w:after="0"/>
      </w:pPr>
      <w:r>
        <w:rPr>
          <w:rFonts w:ascii="Times New Roman" w:hAnsi="Times New Roman" w:eastAsia="Times New Roman" w:cs="Times New Roman"/>
          <w:sz w:val="24"/>
        </w:rPr>
        <w:t>(Notarial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Seal)</w:t>
      </w:r>
    </w:p>
    <w:p>
      <w:pPr/>
    </w:p>
    <w:p>
      <w:pPr/>
    </w:p>
    <w:p>
      <w:pPr/>
    </w:p>
    <w:p>
      <w:pPr>
        <w:spacing w:before="11" w:after="0"/>
      </w:pPr>
    </w:p>
    <w:p>
      <w:pPr>
        <w:spacing w:line="20" w:lineRule="exact"/>
      </w:pPr>
    </w:p>
    <w:p>
      <w:pPr/>
      <w:r>
        <w:rPr>
          <w:rFonts w:ascii="Times New Roman" w:hAnsi="Times New Roman" w:eastAsia="Times New Roman" w:cs="Times New Roman"/>
          <w:sz w:val="24"/>
        </w:rPr>
        <w:t>Notary Public For the State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Montana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Residing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[ADDRESS]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My commission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expires: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[DATE]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