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MONTANA</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Montana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Montana.</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