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POWER OF ATTORNEY FOR CARE, CUSTODY OR PROPERTY OF MINOR CHILD</w:t>
      </w:r>
    </w:p>
    <w:p>
      <w:pPr>
        <w:jc w:val="both"/>
      </w:pPr>
    </w:p>
    <w:p>
      <w:pPr>
        <w:jc w:val="both"/>
      </w:pPr>
    </w:p>
    <w:p>
      <w:pPr>
        <w:jc w:val="both"/>
      </w:pPr>
      <w:r>
        <w:rPr>
          <w:rFonts w:ascii="Times New Roman" w:hAnsi="Times New Roman" w:eastAsia="Times New Roman" w:cs="Times New Roman"/>
          <w:b/>
          <w:sz w:val="24"/>
        </w:rPr>
        <w:t>Montana Code Annotated § 72-5-103 provides as follows:</w:t>
      </w:r>
    </w:p>
    <w:p>
      <w:pPr>
        <w:jc w:val="both"/>
      </w:pPr>
    </w:p>
    <w:p>
      <w:pPr>
        <w:jc w:val="both"/>
      </w:pPr>
      <w:r>
        <w:rPr>
          <w:rFonts w:ascii="Times New Roman" w:hAnsi="Times New Roman" w:eastAsia="Times New Roman" w:cs="Times New Roman"/>
          <w:b/>
          <w:sz w:val="24"/>
        </w:rPr>
        <w:t xml:space="preserve">Delegation of powers by parent or guardian. </w:t>
      </w:r>
    </w:p>
    <w:p>
      <w:pPr>
        <w:jc w:val="both"/>
      </w:pPr>
    </w:p>
    <w:p>
      <w:pPr/>
      <w:r>
        <w:rPr>
          <w:rFonts w:ascii="Times New Roman" w:hAnsi="Times New Roman" w:eastAsia="Times New Roman" w:cs="Times New Roman"/>
          <w:sz w:val="24"/>
        </w:rPr>
        <w:tab/>
        <w:t>(1)</w:t>
        <w:tab/>
        <w:t xml:space="preserve">A parent or a guardian of a minor or incapacitated person, by a properly </w:t>
        <w:tab/>
        <w:tab/>
        <w:tab/>
        <w:t xml:space="preserve">executed power of attorney, may delegate to another person, for a period </w:t>
        <w:tab/>
        <w:tab/>
        <w:tab/>
        <w:t xml:space="preserve">not exceeding 6 months, any powers regarding care, custody, or property </w:t>
        <w:tab/>
        <w:tab/>
        <w:tab/>
        <w:t xml:space="preserve">of the minor child or ward, except the power to consent to marriage or </w:t>
        <w:tab/>
        <w:tab/>
        <w:tab/>
        <w:t xml:space="preserve">adoption of a minor ward. </w:t>
      </w:r>
    </w:p>
    <w:p>
      <w:pPr/>
      <w:r>
        <w:rPr>
          <w:rFonts w:ascii="Times New Roman" w:hAnsi="Times New Roman" w:eastAsia="Times New Roman" w:cs="Times New Roman"/>
          <w:sz w:val="24"/>
        </w:rPr>
        <w:tab/>
        <w:t xml:space="preserve">(2) </w:t>
        <w:tab/>
        <w:t xml:space="preserve">The 6-month limitation provided in subsection (1) does not apply to: </w:t>
      </w:r>
    </w:p>
    <w:p>
      <w:pPr/>
      <w:r>
        <w:rPr>
          <w:rFonts w:ascii="Times New Roman" w:hAnsi="Times New Roman" w:eastAsia="Times New Roman" w:cs="Times New Roman"/>
          <w:sz w:val="24"/>
        </w:rPr>
        <w:tab/>
        <w:tab/>
        <w:t>(a)</w:t>
        <w:tab/>
        <w:t xml:space="preserve">a member of the Montana national guard who serves for more than </w:t>
        <w:tab/>
        <w:tab/>
        <w:tab/>
        <w:tab/>
        <w:t xml:space="preserve">180 continuous days on duty pursuant to Title 10 or 32 of the </w:t>
        <w:tab/>
        <w:tab/>
        <w:tab/>
        <w:tab/>
        <w:t xml:space="preserve">United States Code or on state active duty pursuant to Article VI, </w:t>
        <w:tab/>
        <w:tab/>
        <w:tab/>
        <w:tab/>
        <w:t xml:space="preserve">section 13, of the Montana constitution; </w:t>
      </w:r>
    </w:p>
    <w:p>
      <w:pPr/>
      <w:r>
        <w:rPr>
          <w:rFonts w:ascii="Times New Roman" w:hAnsi="Times New Roman" w:eastAsia="Times New Roman" w:cs="Times New Roman"/>
          <w:sz w:val="24"/>
        </w:rPr>
        <w:tab/>
        <w:tab/>
        <w:t>(b)</w:t>
        <w:tab/>
        <w:t xml:space="preserve">a member of the active duty military forces of the United States; or </w:t>
      </w:r>
    </w:p>
    <w:p>
      <w:pPr/>
      <w:r>
        <w:rPr>
          <w:rFonts w:ascii="Times New Roman" w:hAnsi="Times New Roman" w:eastAsia="Times New Roman" w:cs="Times New Roman"/>
          <w:sz w:val="24"/>
        </w:rPr>
        <w:tab/>
        <w:tab/>
        <w:t xml:space="preserve">(c) </w:t>
        <w:tab/>
        <w:t xml:space="preserve">a member of the federal reserves who serves for more than 180 </w:t>
        <w:tab/>
        <w:tab/>
        <w:tab/>
        <w:tab/>
        <w:t xml:space="preserve">continuous days on duty pursuant to Title 10 of the United States </w:t>
        <w:tab/>
        <w:tab/>
        <w:tab/>
        <w:tab/>
        <w:t xml:space="preserve">Code. </w:t>
      </w:r>
    </w:p>
    <w:p>
      <w:pPr/>
      <w:r>
        <w:rPr>
          <w:rFonts w:ascii="Times New Roman" w:hAnsi="Times New Roman" w:eastAsia="Times New Roman" w:cs="Times New Roman"/>
          <w:sz w:val="24"/>
        </w:rPr>
        <w:tab/>
        <w:t xml:space="preserve">(3) </w:t>
        <w:tab/>
        <w:t xml:space="preserve">As used in this section, "federal reserves" means the United States air </w:t>
        <w:tab/>
        <w:tab/>
        <w:tab/>
        <w:t xml:space="preserve">force reserve, army reserve, navy reserve, marine corps reserve, or coast </w:t>
        <w:tab/>
        <w:tab/>
        <w:tab/>
        <w:t>guard reserve.</w:t>
      </w:r>
    </w:p>
    <w:p>
      <w:pPr/>
    </w:p>
    <w:p>
      <w:pPr/>
      <w:r>
        <w:rPr>
          <w:rFonts w:ascii="Times New Roman" w:hAnsi="Times New Roman" w:eastAsia="Times New Roman" w:cs="Times New Roman"/>
          <w:b/>
          <w:sz w:val="24"/>
        </w:rPr>
        <w:t xml:space="preserve">Pursuant to the above statute, I, </w:t>
      </w:r>
      <w:r>
        <w:rPr>
          <w:rFonts w:ascii="Times New Roman" w:hAnsi="Times New Roman" w:eastAsia="Times New Roman" w:cs="Times New Roman"/>
          <w:b/>
          <w:sz w:val="24"/>
        </w:rPr>
        <w:t>[NAME]</w:t>
      </w:r>
      <w:r>
        <w:rPr>
          <w:rFonts w:ascii="Times New Roman" w:hAnsi="Times New Roman" w:eastAsia="Times New Roman" w:cs="Times New Roman"/>
          <w:b/>
          <w:sz w:val="24"/>
        </w:rPr>
        <w:t xml:space="preserve"> of </w:t>
      </w:r>
      <w:r>
        <w:rPr>
          <w:rFonts w:ascii="Times New Roman" w:hAnsi="Times New Roman" w:eastAsia="Times New Roman" w:cs="Times New Roman"/>
          <w:b/>
          <w:sz w:val="24"/>
        </w:rPr>
        <w:t>[ADDRESS]</w:t>
      </w:r>
      <w:r>
        <w:rPr>
          <w:rFonts w:ascii="Times New Roman" w:hAnsi="Times New Roman" w:eastAsia="Times New Roman" w:cs="Times New Roman"/>
          <w:b/>
          <w:sz w:val="24"/>
        </w:rPr>
        <w:tab/>
        <w:tab/>
        <w:tab/>
        <w:tab/>
        <w:tab/>
        <w:tab/>
      </w:r>
      <w:r>
        <w:rPr>
          <w:rFonts w:ascii="Times New Roman" w:hAnsi="Times New Roman" w:eastAsia="Times New Roman" w:cs="Times New Roman"/>
          <w:b/>
          <w:sz w:val="24"/>
        </w:rPr>
        <w:t xml:space="preserve"> </w:t>
      </w:r>
    </w:p>
    <w:p>
      <w:pPr>
        <w:spacing w:line="360" w:lineRule="auto"/>
      </w:pPr>
      <w:r>
        <w:rPr>
          <w:rFonts w:ascii="Times New Roman" w:hAnsi="Times New Roman" w:eastAsia="Times New Roman" w:cs="Times New Roman"/>
          <w:b/>
          <w:sz w:val="24"/>
        </w:rPr>
        <w:t xml:space="preserve">appoint, </w:t>
      </w:r>
      <w:r>
        <w:rPr>
          <w:rFonts w:ascii="Times New Roman" w:hAnsi="Times New Roman" w:eastAsia="Times New Roman" w:cs="Times New Roman"/>
          <w:b/>
          <w:sz w:val="24"/>
        </w:rPr>
        <w:t>[NAME]</w:t>
      </w:r>
      <w:r>
        <w:rPr>
          <w:rFonts w:ascii="Times New Roman" w:hAnsi="Times New Roman" w:eastAsia="Times New Roman" w:cs="Times New Roman"/>
          <w:b/>
          <w:sz w:val="24"/>
        </w:rPr>
        <w:t xml:space="preserve"> of </w:t>
      </w:r>
      <w:r>
        <w:rPr>
          <w:rFonts w:ascii="Times New Roman" w:hAnsi="Times New Roman" w:eastAsia="Times New Roman" w:cs="Times New Roman"/>
          <w:b/>
          <w:sz w:val="24"/>
        </w:rPr>
        <w:t>[ADDRESS]</w:t>
      </w:r>
      <w:r>
        <w:rPr>
          <w:rFonts w:ascii="Times New Roman" w:hAnsi="Times New Roman" w:eastAsia="Times New Roman" w:cs="Times New Roman"/>
          <w:b/>
          <w:sz w:val="24"/>
        </w:rPr>
        <w:tab/>
      </w:r>
      <w:r>
        <w:rPr>
          <w:rFonts w:ascii="Times New Roman" w:hAnsi="Times New Roman" w:eastAsia="Times New Roman" w:cs="Times New Roman"/>
          <w:b/>
          <w:sz w:val="24"/>
        </w:rPr>
        <w:t xml:space="preserve">and whose phone number is </w:t>
      </w:r>
      <w:r>
        <w:rPr>
          <w:rFonts w:ascii="Times New Roman" w:hAnsi="Times New Roman" w:eastAsia="Times New Roman" w:cs="Times New Roman"/>
          <w:b/>
          <w:sz w:val="24"/>
        </w:rPr>
        <w:t>[NUMBER]</w:t>
      </w:r>
      <w:r>
        <w:rPr>
          <w:rFonts w:ascii="Times New Roman" w:hAnsi="Times New Roman" w:eastAsia="Times New Roman" w:cs="Times New Roman"/>
          <w:b/>
          <w:sz w:val="24"/>
        </w:rPr>
        <w:t xml:space="preserve"> as my agent (attorney-in-fact) to act in any lawful way for me regarding the care, custody or property of my minor child, </w:t>
      </w:r>
      <w:r>
        <w:rPr>
          <w:rFonts w:ascii="Times New Roman" w:hAnsi="Times New Roman" w:eastAsia="Times New Roman" w:cs="Times New Roman"/>
          <w:b/>
          <w:sz w:val="24"/>
        </w:rPr>
        <w:t>[NAME]</w:t>
      </w:r>
      <w:r>
        <w:rPr>
          <w:rFonts w:ascii="Times New Roman" w:hAnsi="Times New Roman" w:eastAsia="Times New Roman" w:cs="Times New Roman"/>
          <w:b/>
          <w:sz w:val="24"/>
        </w:rPr>
        <w:t xml:space="preserve"> </w:t>
      </w:r>
      <w:r>
        <w:rPr>
          <w:rFonts w:ascii="Times New Roman" w:hAnsi="Times New Roman" w:eastAsia="Times New Roman" w:cs="Times New Roman"/>
          <w:b/>
          <w:sz w:val="24"/>
        </w:rPr>
        <w:t xml:space="preserve"> [AGE] </w:t>
      </w:r>
      <w:r>
        <w:rPr>
          <w:rFonts w:ascii="Times New Roman" w:hAnsi="Times New Roman" w:eastAsia="Times New Roman" w:cs="Times New Roman"/>
          <w:b/>
          <w:sz w:val="24"/>
        </w:rPr>
        <w:t xml:space="preserve"> with respect to the following initialed subjects:</w:t>
      </w:r>
    </w:p>
    <w:p>
      <w:pPr/>
    </w:p>
    <w:p>
      <w:pPr/>
    </w:p>
    <w:p>
      <w:pPr/>
      <w:r>
        <w:rPr>
          <w:rFonts w:ascii="Times New Roman" w:hAnsi="Times New Roman" w:eastAsia="Times New Roman" w:cs="Times New Roman"/>
          <w:sz w:val="24"/>
        </w:rPr>
        <w:t xml:space="preserve">TO GRANT ALL OF THE FOLLOWING POWERS, INITIAL THE LINE IN FRONT OF (N) AND IGNORE THE LINES IN FRONT OF THE OTHER POWERS. </w:t>
      </w:r>
    </w:p>
    <w:p>
      <w:pPr/>
    </w:p>
    <w:p>
      <w:pPr/>
      <w:r>
        <w:rPr>
          <w:rFonts w:ascii="Times New Roman" w:hAnsi="Times New Roman" w:eastAsia="Times New Roman" w:cs="Times New Roman"/>
          <w:sz w:val="24"/>
        </w:rPr>
        <w:t>TO GRANT ONE OR MORE, BUT FEWER THAN ALL, OF THE FOLLOWING POWERS, INITIAL THE LINE IN FRONT OF EACH POWER YOU ARE GRANTING.</w:t>
      </w:r>
    </w:p>
    <w:p>
      <w:pPr/>
    </w:p>
    <w:p>
      <w:pPr/>
      <w:r>
        <w:rPr>
          <w:rFonts w:ascii="Times New Roman" w:hAnsi="Times New Roman" w:eastAsia="Times New Roman" w:cs="Times New Roman"/>
          <w:sz w:val="24"/>
        </w:rPr>
        <w:t>TO WITHHOLD A POWER, DO NOT INITIAL THE LINE IN FRONT OF IT. YOU MAY, BUT NEED NOT, CROSS OUT EACH POWER WITHHELD.</w:t>
      </w:r>
    </w:p>
    <w:p>
      <w:pPr/>
    </w:p>
    <w:p>
      <w:pPr/>
      <w:r>
        <w:rPr>
          <w:rFonts w:ascii="Times New Roman" w:hAnsi="Times New Roman" w:eastAsia="Times New Roman" w:cs="Times New Roman"/>
          <w:b/>
          <w:sz w:val="24"/>
        </w:rPr>
        <w:t>INITIAL:</w:t>
      </w:r>
    </w:p>
    <w:p>
      <w:pPr/>
    </w:p>
    <w:p>
      <w:pPr>
        <w:ind w:hanging="2160"/>
      </w:pPr>
      <w:r>
        <w:rPr>
          <w:rFonts w:ascii="Times New Roman" w:hAnsi="Times New Roman" w:eastAsia="Times New Roman" w:cs="Times New Roman"/>
          <w:b/>
          <w:sz w:val="24"/>
        </w:rPr>
        <w:t>[INITIALS]</w:t>
      </w:r>
      <w:r>
        <w:rPr>
          <w:rFonts w:ascii="Times New Roman" w:hAnsi="Times New Roman" w:eastAsia="Times New Roman" w:cs="Times New Roman"/>
          <w:b/>
          <w:sz w:val="24"/>
        </w:rPr>
        <w:tab/>
        <w:t>(A)</w:t>
        <w:tab/>
        <w:t>real property and housing transactions;</w:t>
      </w:r>
    </w:p>
    <w:p>
      <w:pPr/>
    </w:p>
    <w:p>
      <w:pPr>
        <w:ind w:hanging="2160"/>
      </w:pPr>
      <w:r>
        <w:rPr>
          <w:rFonts w:ascii="Times New Roman" w:hAnsi="Times New Roman" w:eastAsia="Times New Roman" w:cs="Times New Roman"/>
          <w:b/>
          <w:sz w:val="24"/>
        </w:rPr>
        <w:t>[INITIALS]</w:t>
      </w:r>
      <w:r>
        <w:rPr>
          <w:rFonts w:ascii="Times New Roman" w:hAnsi="Times New Roman" w:eastAsia="Times New Roman" w:cs="Times New Roman"/>
          <w:b/>
          <w:sz w:val="24"/>
        </w:rPr>
        <w:tab/>
        <w:t>(B)</w:t>
        <w:tab/>
        <w:t>tangible personal property transactions;</w:t>
      </w:r>
    </w:p>
    <w:p>
      <w:pPr/>
    </w:p>
    <w:p>
      <w:pPr>
        <w:ind w:hanging="2160"/>
      </w:pPr>
      <w:r>
        <w:rPr>
          <w:rFonts w:ascii="Times New Roman" w:hAnsi="Times New Roman" w:eastAsia="Times New Roman" w:cs="Times New Roman"/>
          <w:b/>
          <w:sz w:val="24"/>
        </w:rPr>
        <w:t>[INITIALS]</w:t>
      </w:r>
      <w:r>
        <w:rPr>
          <w:rFonts w:ascii="Times New Roman" w:hAnsi="Times New Roman" w:eastAsia="Times New Roman" w:cs="Times New Roman"/>
          <w:b/>
          <w:sz w:val="24"/>
        </w:rPr>
        <w:tab/>
        <w:t>(C)</w:t>
        <w:tab/>
        <w:t>stock and bond transactions;</w:t>
      </w:r>
    </w:p>
    <w:p>
      <w:pPr/>
    </w:p>
    <w:p>
      <w:pPr>
        <w:ind w:hanging="2160"/>
      </w:pPr>
      <w:r>
        <w:rPr>
          <w:rFonts w:ascii="Times New Roman" w:hAnsi="Times New Roman" w:eastAsia="Times New Roman" w:cs="Times New Roman"/>
          <w:b/>
          <w:sz w:val="24"/>
        </w:rPr>
        <w:t>[INITIALS]</w:t>
      </w:r>
      <w:r>
        <w:rPr>
          <w:rFonts w:ascii="Times New Roman" w:hAnsi="Times New Roman" w:eastAsia="Times New Roman" w:cs="Times New Roman"/>
          <w:b/>
          <w:sz w:val="24"/>
        </w:rPr>
        <w:tab/>
        <w:t>(D)</w:t>
        <w:tab/>
        <w:t>commodity and option transactions;</w:t>
      </w:r>
    </w:p>
    <w:p>
      <w:pPr/>
    </w:p>
    <w:p>
      <w:pPr>
        <w:ind w:hanging="2160"/>
      </w:pPr>
      <w:r>
        <w:rPr>
          <w:rFonts w:ascii="Times New Roman" w:hAnsi="Times New Roman" w:eastAsia="Times New Roman" w:cs="Times New Roman"/>
          <w:b/>
          <w:sz w:val="24"/>
        </w:rPr>
        <w:t>[INITIALS]</w:t>
      </w:r>
      <w:r>
        <w:rPr>
          <w:rFonts w:ascii="Times New Roman" w:hAnsi="Times New Roman" w:eastAsia="Times New Roman" w:cs="Times New Roman"/>
          <w:b/>
          <w:sz w:val="24"/>
        </w:rPr>
        <w:tab/>
        <w:t>(E)</w:t>
        <w:tab/>
        <w:t>banking and other financial institution transactions;</w:t>
      </w:r>
    </w:p>
    <w:p>
      <w:pPr/>
    </w:p>
    <w:p>
      <w:pPr>
        <w:ind w:hanging="2160"/>
      </w:pPr>
      <w:r>
        <w:rPr>
          <w:rFonts w:ascii="Times New Roman" w:hAnsi="Times New Roman" w:eastAsia="Times New Roman" w:cs="Times New Roman"/>
          <w:b/>
          <w:sz w:val="24"/>
        </w:rPr>
        <w:t>[INITIALS]</w:t>
      </w:r>
      <w:r>
        <w:rPr>
          <w:rFonts w:ascii="Times New Roman" w:hAnsi="Times New Roman" w:eastAsia="Times New Roman" w:cs="Times New Roman"/>
          <w:b/>
          <w:sz w:val="24"/>
        </w:rPr>
        <w:tab/>
        <w:t>(F)</w:t>
        <w:tab/>
        <w:t xml:space="preserve">health care consent for the child and other health care </w:t>
        <w:tab/>
        <w:t>transactions;</w:t>
      </w:r>
    </w:p>
    <w:p>
      <w:pPr/>
    </w:p>
    <w:p>
      <w:pPr>
        <w:ind w:hanging="2160"/>
      </w:pPr>
      <w:r>
        <w:rPr>
          <w:rFonts w:ascii="Times New Roman" w:hAnsi="Times New Roman" w:eastAsia="Times New Roman" w:cs="Times New Roman"/>
          <w:b/>
          <w:sz w:val="24"/>
        </w:rPr>
        <w:t>[INITIALS]</w:t>
      </w:r>
      <w:r>
        <w:rPr>
          <w:rFonts w:ascii="Times New Roman" w:hAnsi="Times New Roman" w:eastAsia="Times New Roman" w:cs="Times New Roman"/>
          <w:b/>
          <w:sz w:val="24"/>
        </w:rPr>
        <w:tab/>
        <w:t>(G)</w:t>
        <w:tab/>
        <w:t>insurance and annuity transactions;</w:t>
      </w:r>
    </w:p>
    <w:p>
      <w:pPr>
        <w:ind w:hanging="2160"/>
      </w:pPr>
    </w:p>
    <w:p>
      <w:pPr>
        <w:ind w:hanging="2160"/>
      </w:pPr>
      <w:r>
        <w:rPr>
          <w:rFonts w:ascii="Times New Roman" w:hAnsi="Times New Roman" w:eastAsia="Times New Roman" w:cs="Times New Roman"/>
          <w:b/>
          <w:sz w:val="24"/>
        </w:rPr>
        <w:t>[INITIALS]</w:t>
      </w:r>
      <w:r>
        <w:rPr>
          <w:rFonts w:ascii="Times New Roman" w:hAnsi="Times New Roman" w:eastAsia="Times New Roman" w:cs="Times New Roman"/>
          <w:b/>
          <w:sz w:val="24"/>
        </w:rPr>
        <w:tab/>
        <w:t>(H)</w:t>
        <w:tab/>
        <w:t>estate, trust and other beneficiary transactions;</w:t>
      </w:r>
    </w:p>
    <w:p>
      <w:pPr/>
    </w:p>
    <w:p>
      <w:pPr>
        <w:ind w:hanging="2160"/>
      </w:pPr>
      <w:r>
        <w:rPr>
          <w:rFonts w:ascii="Times New Roman" w:hAnsi="Times New Roman" w:eastAsia="Times New Roman" w:cs="Times New Roman"/>
          <w:b/>
          <w:sz w:val="24"/>
        </w:rPr>
        <w:t>[INITIALS]</w:t>
      </w:r>
      <w:r>
        <w:rPr>
          <w:rFonts w:ascii="Times New Roman" w:hAnsi="Times New Roman" w:eastAsia="Times New Roman" w:cs="Times New Roman"/>
          <w:b/>
          <w:sz w:val="24"/>
        </w:rPr>
        <w:tab/>
        <w:t>(I)</w:t>
        <w:tab/>
        <w:t>claims and litigation;</w:t>
      </w:r>
    </w:p>
    <w:p>
      <w:pPr/>
    </w:p>
    <w:p>
      <w:pPr>
        <w:ind w:hanging="2160"/>
      </w:pPr>
      <w:r>
        <w:rPr>
          <w:rFonts w:ascii="Times New Roman" w:hAnsi="Times New Roman" w:eastAsia="Times New Roman" w:cs="Times New Roman"/>
          <w:b/>
          <w:sz w:val="24"/>
        </w:rPr>
        <w:t>[INITIALS]</w:t>
      </w:r>
      <w:r>
        <w:rPr>
          <w:rFonts w:ascii="Times New Roman" w:hAnsi="Times New Roman" w:eastAsia="Times New Roman" w:cs="Times New Roman"/>
          <w:b/>
          <w:sz w:val="24"/>
        </w:rPr>
        <w:tab/>
        <w:t>(J)</w:t>
        <w:tab/>
        <w:t xml:space="preserve">personal and family maintenance, including decisions of </w:t>
        <w:tab/>
        <w:t>where the child may reside;</w:t>
      </w:r>
    </w:p>
    <w:p>
      <w:pPr/>
    </w:p>
    <w:p>
      <w:pPr>
        <w:ind w:hanging="2160"/>
      </w:pPr>
      <w:r>
        <w:rPr>
          <w:rFonts w:ascii="Times New Roman" w:hAnsi="Times New Roman" w:eastAsia="Times New Roman" w:cs="Times New Roman"/>
          <w:b/>
          <w:sz w:val="24"/>
        </w:rPr>
        <w:t>[INITIALS]</w:t>
      </w:r>
      <w:r>
        <w:rPr>
          <w:rFonts w:ascii="Times New Roman" w:hAnsi="Times New Roman" w:eastAsia="Times New Roman" w:cs="Times New Roman"/>
          <w:b/>
          <w:sz w:val="24"/>
        </w:rPr>
        <w:tab/>
        <w:t>(K)</w:t>
        <w:tab/>
        <w:t xml:space="preserve">benefits from social security, medicare, medicaid, or other </w:t>
        <w:tab/>
        <w:t>governmental programs or from military service;</w:t>
      </w:r>
    </w:p>
    <w:p>
      <w:pPr/>
    </w:p>
    <w:p>
      <w:pPr>
        <w:ind w:hanging="2160"/>
      </w:pPr>
      <w:r>
        <w:rPr>
          <w:rFonts w:ascii="Times New Roman" w:hAnsi="Times New Roman" w:eastAsia="Times New Roman" w:cs="Times New Roman"/>
          <w:b/>
          <w:sz w:val="24"/>
        </w:rPr>
        <w:t>[INITIALS]</w:t>
      </w:r>
      <w:r>
        <w:rPr>
          <w:rFonts w:ascii="Times New Roman" w:hAnsi="Times New Roman" w:eastAsia="Times New Roman" w:cs="Times New Roman"/>
          <w:b/>
          <w:sz w:val="24"/>
        </w:rPr>
        <w:tab/>
        <w:t>(L)</w:t>
        <w:tab/>
        <w:t>all transactions concerning the childs school or education;</w:t>
      </w:r>
    </w:p>
    <w:p>
      <w:pPr/>
    </w:p>
    <w:p>
      <w:pPr>
        <w:ind w:hanging="2160"/>
      </w:pPr>
      <w:r>
        <w:rPr>
          <w:rFonts w:ascii="Times New Roman" w:hAnsi="Times New Roman" w:eastAsia="Times New Roman" w:cs="Times New Roman"/>
          <w:b/>
          <w:sz w:val="24"/>
        </w:rPr>
        <w:t>[INITIALS]</w:t>
      </w:r>
      <w:r>
        <w:rPr>
          <w:rFonts w:ascii="Times New Roman" w:hAnsi="Times New Roman" w:eastAsia="Times New Roman" w:cs="Times New Roman"/>
          <w:b/>
          <w:sz w:val="24"/>
        </w:rPr>
        <w:tab/>
        <w:t>(M)</w:t>
        <w:tab/>
        <w:t>tax matters;</w:t>
      </w:r>
    </w:p>
    <w:p>
      <w:pPr/>
    </w:p>
    <w:p>
      <w:pPr>
        <w:ind w:hanging="2160"/>
      </w:pPr>
      <w:r>
        <w:rPr>
          <w:rFonts w:ascii="Times New Roman" w:hAnsi="Times New Roman" w:eastAsia="Times New Roman" w:cs="Times New Roman"/>
          <w:b/>
          <w:sz w:val="24"/>
        </w:rPr>
        <w:t>[INITIALS]</w:t>
      </w:r>
      <w:r>
        <w:rPr>
          <w:rFonts w:ascii="Times New Roman" w:hAnsi="Times New Roman" w:eastAsia="Times New Roman" w:cs="Times New Roman"/>
          <w:b/>
          <w:sz w:val="24"/>
        </w:rPr>
        <w:tab/>
        <w:t>(N)</w:t>
        <w:tab/>
        <w:t xml:space="preserve">ALL OF THE POWERS LISTED ABOVE.  YOU NEED NOT </w:t>
        <w:tab/>
        <w:t>INITIAL ANY OTHER LINES IF YOU INITIAL LINE (N).</w:t>
      </w:r>
    </w:p>
    <w:p>
      <w:pPr/>
    </w:p>
    <w:p>
      <w:pPr/>
      <w:r>
        <w:rPr>
          <w:rFonts w:ascii="Times New Roman" w:hAnsi="Times New Roman" w:eastAsia="Times New Roman" w:cs="Times New Roman"/>
          <w:b/>
          <w:sz w:val="24"/>
        </w:rPr>
        <w:t>My agent does not have the power to consent to the marriage or adoption of my child.</w:t>
      </w:r>
    </w:p>
    <w:p>
      <w:pPr/>
    </w:p>
    <w:p>
      <w:pPr/>
    </w:p>
    <w:p>
      <w:pPr/>
      <w:r>
        <w:rPr>
          <w:rFonts w:ascii="Times New Roman" w:hAnsi="Times New Roman" w:eastAsia="Times New Roman" w:cs="Times New Roman"/>
          <w:b/>
          <w:sz w:val="24"/>
        </w:rPr>
        <w:t xml:space="preserve">SPECIAL INSTRUCTIONS: </w:t>
      </w:r>
    </w:p>
    <w:p>
      <w:pPr>
        <w:jc w:val="center"/>
      </w:pPr>
    </w:p>
    <w:p>
      <w:pPr/>
      <w:r>
        <w:rPr>
          <w:rFonts w:ascii="Times New Roman" w:hAnsi="Times New Roman" w:eastAsia="Times New Roman" w:cs="Times New Roman"/>
          <w:sz w:val="24"/>
        </w:rPr>
        <w:t>ON THE FOLLOWING LINES, YOU MAY GIVE SPECIAL INSTRUCTIONS LIMITING OR EXTENDING THE POWERS GRANTED TO YOUR AGENT.</w:t>
      </w:r>
    </w:p>
    <w:p>
      <w:pPr/>
    </w:p>
    <w:p>
      <w:pPr/>
      <w:r>
        <w:rPr>
          <w:rFonts w:ascii="Times New Roman" w:hAnsi="Times New Roman" w:eastAsia="Times New Roman" w:cs="Times New Roman"/>
          <w:sz w:val="24"/>
        </w:rPr>
        <w:t>[INSTRUCTIONS]</w:t>
      </w:r>
    </w:p>
    <w:p>
      <w:pPr>
        <w:jc w:val="center"/>
      </w:pPr>
    </w:p>
    <w:p>
      <w:pPr/>
      <w:r>
        <w:rPr>
          <w:rFonts w:ascii="Times New Roman" w:hAnsi="Times New Roman" w:eastAsia="Times New Roman" w:cs="Times New Roman"/>
          <w:sz w:val="24"/>
        </w:rPr>
        <w:t xml:space="preserve">UNLESS YOU DIRECT OTHERWISE ABOVE, THIS POWER OF ATTORNEY IS EFFECTIVE IMMEDIATELY AND WILL CONTINUE UNTIL IT IS REVOKED </w:t>
      </w:r>
      <w:r>
        <w:rPr>
          <w:rFonts w:ascii="Times New Roman" w:hAnsi="Times New Roman" w:eastAsia="Times New Roman" w:cs="Times New Roman"/>
          <w:b/>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IT WILL EXPIRE AUTOMATICALLY AFTER SIX MONTHS IN MOST CASES.  SEE THE FIRST PARAGRAPH ABOVE FOR MORE INFORMATION.</w:t>
      </w:r>
    </w:p>
    <w:p>
      <w:pPr/>
    </w:p>
    <w:p>
      <w:pPr/>
      <w:r>
        <w:rPr>
          <w:rFonts w:ascii="Times New Roman" w:hAnsi="Times New Roman" w:eastAsia="Times New Roman" w:cs="Times New Roman"/>
          <w:b/>
          <w:sz w:val="24"/>
        </w:rPr>
        <w:t>This power of attorney revokes all previous powers of attorney signed by me.</w:t>
      </w:r>
    </w:p>
    <w:p>
      <w:pPr/>
    </w:p>
    <w:p>
      <w:pPr/>
      <w:r>
        <w:rPr>
          <w:rFonts w:ascii="Times New Roman" w:hAnsi="Times New Roman" w:eastAsia="Times New Roman" w:cs="Times New Roman"/>
          <w:sz w:val="24"/>
        </w:rPr>
        <w:t>STRIKE THE PRECEDING SENTENCE IF YOU DO NOT WANT THIS POWER OF ATTORNEY TO REVOKE ALL PREVIOUS POWERS OF ATTORNEY SIGNED BY YOU.   IF YOU DO WANT THIS POWER OF ATTORNEY TO REVOKE ALL PREVIOUS POWERS OF ATTORNEY SIGNED BY YOU, YOU SHOULD READ THOSE POWERS OF ATTORNEY AND SATISFY THEIR PROVISIONS CONCERNING REVOCATION. THIRD PARTIES WHO RECEIVED COPIES OF THOSE POWERS OF ATTORNEY SHOULD BE NOTIFIED.</w:t>
      </w:r>
    </w:p>
    <w:p>
      <w:pPr/>
    </w:p>
    <w:p>
      <w:pPr/>
      <w:r>
        <w:rPr>
          <w:rFonts w:ascii="Times New Roman" w:hAnsi="Times New Roman" w:eastAsia="Times New Roman" w:cs="Times New Roman"/>
          <w:b/>
          <w:sz w:val="24"/>
        </w:rPr>
        <w:t xml:space="preserve">I agree that any third party who receives a copy of this document may act under </w:t>
      </w:r>
    </w:p>
    <w:p>
      <w:pPr/>
    </w:p>
    <w:p>
      <w:pPr/>
      <w:r>
        <w:rPr>
          <w:rFonts w:ascii="Times New Roman" w:hAnsi="Times New Roman" w:eastAsia="Times New Roman" w:cs="Times New Roman"/>
          <w:b/>
          <w:sz w:val="24"/>
        </w:rPr>
        <w:t xml:space="preserve">it. I may revoke this power of attorney by a written document that expressly </w:t>
      </w:r>
    </w:p>
    <w:p>
      <w:pPr/>
    </w:p>
    <w:p>
      <w:pPr/>
      <w:r>
        <w:rPr>
          <w:rFonts w:ascii="Times New Roman" w:hAnsi="Times New Roman" w:eastAsia="Times New Roman" w:cs="Times New Roman"/>
          <w:b/>
          <w:sz w:val="24"/>
        </w:rPr>
        <w:t xml:space="preserve">indicates my intent to revoke. Revocation of the power of attorney is not effective </w:t>
      </w:r>
    </w:p>
    <w:p>
      <w:pPr/>
    </w:p>
    <w:p>
      <w:pPr/>
      <w:r>
        <w:rPr>
          <w:rFonts w:ascii="Times New Roman" w:hAnsi="Times New Roman" w:eastAsia="Times New Roman" w:cs="Times New Roman"/>
          <w:b/>
          <w:sz w:val="24"/>
        </w:rPr>
        <w:t xml:space="preserve">as to a third party until the third party learns of the revocation. I agree to </w:t>
      </w:r>
    </w:p>
    <w:p>
      <w:pPr/>
    </w:p>
    <w:p>
      <w:pPr/>
      <w:r>
        <w:rPr>
          <w:rFonts w:ascii="Times New Roman" w:hAnsi="Times New Roman" w:eastAsia="Times New Roman" w:cs="Times New Roman"/>
          <w:b/>
          <w:sz w:val="24"/>
        </w:rPr>
        <w:t xml:space="preserve">indemnify the third party for any claims that arise against the third party because </w:t>
      </w:r>
    </w:p>
    <w:p>
      <w:pPr/>
    </w:p>
    <w:p>
      <w:pPr/>
      <w:r>
        <w:rPr>
          <w:rFonts w:ascii="Times New Roman" w:hAnsi="Times New Roman" w:eastAsia="Times New Roman" w:cs="Times New Roman"/>
          <w:b/>
          <w:sz w:val="24"/>
        </w:rPr>
        <w:t>of reliance on this power of attorney.</w:t>
      </w:r>
    </w:p>
    <w:p>
      <w:pPr/>
    </w:p>
    <w:p>
      <w:pPr/>
      <w:r>
        <w:rPr>
          <w:rFonts w:ascii="Times New Roman" w:hAnsi="Times New Roman" w:eastAsia="Times New Roman" w:cs="Times New Roman"/>
          <w:b/>
          <w:sz w:val="24"/>
        </w:rPr>
        <w:tab/>
        <w:t xml:space="preserve">Signed this </w:t>
      </w:r>
      <w:r>
        <w:rPr>
          <w:rFonts w:ascii="Times New Roman" w:hAnsi="Times New Roman" w:eastAsia="Times New Roman" w:cs="Times New Roman"/>
          <w:b/>
          <w:sz w:val="24"/>
        </w:rPr>
        <w:t>[DAY]</w:t>
      </w:r>
      <w:r>
        <w:rPr>
          <w:rFonts w:ascii="Times New Roman" w:hAnsi="Times New Roman" w:eastAsia="Times New Roman" w:cs="Times New Roman"/>
          <w:b/>
          <w:sz w:val="24"/>
        </w:rPr>
        <w:t xml:space="preserve"> day of </w:t>
      </w:r>
      <w:r>
        <w:rPr>
          <w:rFonts w:ascii="Times New Roman" w:hAnsi="Times New Roman" w:eastAsia="Times New Roman" w:cs="Times New Roman"/>
          <w:b/>
          <w:sz w:val="24"/>
        </w:rPr>
        <w:t>[MONTH]</w:t>
      </w:r>
      <w:r>
        <w:rPr>
          <w:rFonts w:ascii="Times New Roman" w:hAnsi="Times New Roman" w:eastAsia="Times New Roman" w:cs="Times New Roman"/>
          <w:b/>
          <w:sz w:val="24"/>
        </w:rPr>
        <w:t xml:space="preserve"> 20</w:t>
      </w:r>
      <w:r>
        <w:rPr>
          <w:rFonts w:ascii="Times New Roman" w:hAnsi="Times New Roman" w:eastAsia="Times New Roman" w:cs="Times New Roman"/>
          <w:b/>
          <w:sz w:val="24"/>
        </w:rPr>
        <w:t>[YEAR]</w:t>
      </w:r>
      <w:r>
        <w:rPr>
          <w:rFonts w:ascii="Times New Roman" w:hAnsi="Times New Roman" w:eastAsia="Times New Roman" w:cs="Times New Roman"/>
          <w:b/>
          <w:sz w:val="24"/>
        </w:rPr>
        <w:t>.</w:t>
      </w:r>
    </w:p>
    <w:p>
      <w:pPr/>
    </w:p>
    <w:p>
      <w:pPr/>
    </w:p>
    <w:p>
      <w:pPr>
        <w:ind w:firstLine="4320"/>
      </w:pPr>
      <w:r>
        <w:rPr>
          <w:rFonts w:ascii="Times New Roman" w:hAnsi="Times New Roman" w:eastAsia="Times New Roman" w:cs="Times New Roman"/>
          <w:b/>
          <w:sz w:val="24"/>
        </w:rPr>
        <w:t>____________________________________</w:t>
      </w:r>
    </w:p>
    <w:p>
      <w:pPr>
        <w:ind w:firstLine="4320"/>
      </w:pPr>
      <w:r>
        <w:rPr>
          <w:rFonts w:ascii="Times New Roman" w:hAnsi="Times New Roman" w:eastAsia="Times New Roman" w:cs="Times New Roman"/>
          <w:b/>
          <w:sz w:val="24"/>
        </w:rPr>
        <w:t>Your Signature</w:t>
      </w:r>
    </w:p>
    <w:p>
      <w:pPr>
        <w:ind w:firstLine="4320"/>
      </w:pPr>
    </w:p>
    <w:p>
      <w:pPr>
        <w:ind w:firstLine="4320"/>
      </w:pPr>
      <w:r>
        <w:rPr>
          <w:rFonts w:ascii="Times New Roman" w:hAnsi="Times New Roman" w:eastAsia="Times New Roman" w:cs="Times New Roman"/>
          <w:b/>
          <w:sz w:val="24"/>
        </w:rPr>
        <w:t xml:space="preserve">Printed name: </w:t>
      </w:r>
      <w:r>
        <w:rPr>
          <w:rFonts w:ascii="Times New Roman" w:hAnsi="Times New Roman" w:eastAsia="Times New Roman" w:cs="Times New Roman"/>
          <w:b/>
          <w:sz w:val="24"/>
        </w:rPr>
        <w:t>[NAME]</w:t>
      </w:r>
    </w:p>
    <w:p>
      <w:pPr>
        <w:ind w:firstLine="4320"/>
      </w:pPr>
    </w:p>
    <w:p>
      <w:pPr/>
    </w:p>
    <w:p>
      <w:pPr>
        <w:ind w:hanging="5040"/>
      </w:pPr>
    </w:p>
    <w:p>
      <w:pPr>
        <w:ind w:hanging="5040"/>
      </w:pPr>
    </w:p>
    <w:p>
      <w:pPr>
        <w:ind w:hanging="5040"/>
      </w:pPr>
    </w:p>
    <w:p>
      <w:pPr>
        <w:ind w:hanging="5040"/>
      </w:pPr>
    </w:p>
    <w:p>
      <w:pPr>
        <w:ind w:hanging="5040"/>
      </w:pPr>
      <w:r>
        <w:rPr>
          <w:rFonts w:ascii="Times New Roman" w:hAnsi="Times New Roman" w:eastAsia="Times New Roman" w:cs="Times New Roman"/>
          <w:b/>
          <w:sz w:val="24"/>
        </w:rPr>
        <w:t xml:space="preserve">STATE OF MONTANA   </w:t>
        <w:tab/>
        <w:t>)</w:t>
      </w:r>
    </w:p>
    <w:p>
      <w:pPr>
        <w:ind w:hanging="5040"/>
      </w:pPr>
      <w:r>
        <w:rPr>
          <w:rFonts w:ascii="Times New Roman" w:hAnsi="Times New Roman" w:eastAsia="Times New Roman" w:cs="Times New Roman"/>
          <w:b/>
          <w:sz w:val="24"/>
        </w:rPr>
        <w:tab/>
        <w:t>):ss</w:t>
      </w:r>
    </w:p>
    <w:p>
      <w:pPr>
        <w:ind w:hanging="5040"/>
      </w:pPr>
      <w:r>
        <w:rPr>
          <w:rFonts w:ascii="Times New Roman" w:hAnsi="Times New Roman" w:eastAsia="Times New Roman" w:cs="Times New Roman"/>
          <w:b/>
          <w:sz w:val="24"/>
        </w:rPr>
        <w:t xml:space="preserve">COUNTY OF </w:t>
      </w:r>
      <w:r>
        <w:rPr>
          <w:rFonts w:ascii="Times New Roman" w:hAnsi="Times New Roman" w:eastAsia="Times New Roman" w:cs="Times New Roman"/>
          <w:b/>
          <w:sz w:val="24"/>
        </w:rPr>
        <w:t>[COUNTY]</w:t>
      </w:r>
      <w:r>
        <w:rPr>
          <w:rFonts w:ascii="Times New Roman" w:hAnsi="Times New Roman" w:eastAsia="Times New Roman" w:cs="Times New Roman"/>
          <w:b/>
          <w:sz w:val="24"/>
        </w:rPr>
        <w:tab/>
        <w:t>)</w:t>
      </w:r>
    </w:p>
    <w:p>
      <w:pPr/>
    </w:p>
    <w:p>
      <w:pPr>
        <w:ind w:firstLine="720"/>
      </w:pPr>
      <w:r>
        <w:rPr>
          <w:rFonts w:ascii="Times New Roman" w:hAnsi="Times New Roman" w:eastAsia="Times New Roman" w:cs="Times New Roman"/>
          <w:b/>
          <w:sz w:val="24"/>
        </w:rPr>
        <w:t xml:space="preserve">This document was acknowledged before me on </w:t>
      </w:r>
      <w:r>
        <w:rPr>
          <w:rFonts w:ascii="Times New Roman" w:hAnsi="Times New Roman" w:eastAsia="Times New Roman" w:cs="Times New Roman"/>
          <w:b/>
          <w:sz w:val="24"/>
        </w:rPr>
        <w:t>[DATE]</w:t>
      </w:r>
      <w:r>
        <w:rPr>
          <w:rFonts w:ascii="Times New Roman" w:hAnsi="Times New Roman" w:eastAsia="Times New Roman" w:cs="Times New Roman"/>
          <w:b/>
          <w:sz w:val="24"/>
        </w:rPr>
        <w:t xml:space="preserve">_, by </w:t>
      </w:r>
      <w:r>
        <w:rPr>
          <w:rFonts w:ascii="Times New Roman" w:hAnsi="Times New Roman" w:eastAsia="Times New Roman" w:cs="Times New Roman"/>
          <w:b/>
          <w:sz w:val="24"/>
        </w:rPr>
        <w:t>[NAME]</w:t>
      </w:r>
      <w:r>
        <w:rPr>
          <w:rFonts w:ascii="Times New Roman" w:hAnsi="Times New Roman" w:eastAsia="Times New Roman" w:cs="Times New Roman"/>
          <w:b/>
          <w:sz w:val="24"/>
        </w:rPr>
        <w:t>the principal named above.</w:t>
      </w:r>
    </w:p>
    <w:p>
      <w:pPr/>
    </w:p>
    <w:p>
      <w:pPr/>
    </w:p>
    <w:p>
      <w:pPr>
        <w:ind w:firstLine="3600"/>
      </w:pPr>
      <w:r>
        <w:rPr>
          <w:rFonts w:ascii="Times New Roman" w:hAnsi="Times New Roman" w:eastAsia="Times New Roman" w:cs="Times New Roman"/>
          <w:b/>
          <w:sz w:val="24"/>
        </w:rPr>
        <w:t>___________________________________________</w:t>
      </w:r>
    </w:p>
    <w:p>
      <w:pPr>
        <w:ind w:firstLine="3600"/>
      </w:pPr>
      <w:r>
        <w:rPr>
          <w:rFonts w:ascii="Times New Roman" w:hAnsi="Times New Roman" w:eastAsia="Times New Roman" w:cs="Times New Roman"/>
          <w:b/>
          <w:sz w:val="24"/>
        </w:rPr>
        <w:t>Notary Public for the State of Montana</w:t>
      </w:r>
    </w:p>
    <w:p>
      <w:pPr>
        <w:ind w:firstLine="3600"/>
      </w:pPr>
      <w:r>
        <w:rPr>
          <w:rFonts w:ascii="Times New Roman" w:hAnsi="Times New Roman" w:eastAsia="Times New Roman" w:cs="Times New Roman"/>
          <w:b/>
          <w:sz w:val="24"/>
        </w:rPr>
        <w:t xml:space="preserve">Residing at </w:t>
      </w:r>
      <w:r>
        <w:rPr>
          <w:rFonts w:ascii="Times New Roman" w:hAnsi="Times New Roman" w:eastAsia="Times New Roman" w:cs="Times New Roman"/>
          <w:b/>
          <w:sz w:val="24"/>
        </w:rPr>
        <w:t>[ADDRESS]</w:t>
      </w:r>
    </w:p>
    <w:p>
      <w:pPr>
        <w:ind w:hanging="3600"/>
      </w:pPr>
      <w:r>
        <w:rPr>
          <w:rFonts w:ascii="Times New Roman" w:hAnsi="Times New Roman" w:eastAsia="Times New Roman" w:cs="Times New Roman"/>
          <w:b/>
          <w:sz w:val="24"/>
        </w:rPr>
        <w:t>(NOTARIAL SEAL)</w:t>
        <w:tab/>
        <w:t xml:space="preserve">My commission expires: </w:t>
      </w:r>
      <w:r>
        <w:rPr>
          <w:rFonts w:ascii="Times New Roman" w:hAnsi="Times New Roman" w:eastAsia="Times New Roman" w:cs="Times New Roman"/>
          <w:b/>
          <w:sz w:val="24"/>
        </w:rPr>
        <w:t>[DATE]</w:t>
      </w:r>
      <w:r>
        <w:rPr>
          <w:rFonts w:ascii="Times New Roman" w:hAnsi="Times New Roman" w:eastAsia="Times New Roman" w:cs="Times New Roman"/>
          <w:b/>
          <w:sz w:val="24"/>
        </w:rPr>
        <w:t>_</w:t>
      </w:r>
    </w:p>
    <w:p>
      <w:pPr/>
    </w:p>
    <w:p>
      <w:pPr/>
    </w:p>
    <w:p>
      <w:pPr/>
      <w:r>
        <w:rPr>
          <w:rFonts w:ascii="Times New Roman" w:hAnsi="Times New Roman" w:eastAsia="Times New Roman" w:cs="Times New Roman"/>
          <w:b/>
          <w:sz w:val="24"/>
        </w:rPr>
        <w:t>BY SIGNING, ACCEPTING OR ACTING UNDER THIS APPOINTMENT, THE AGENT ASSUMES THE FIDUCIARY AND OTHER LEGAL RESPONSIBILITIES OF AN AGENT.  THE AGENT WORKS EXCLUSIVELY FOR THE BENEFIT OF THE PRINCIPAL.  THE FOREMOST DUTY AS THE AGENT IS THAT OF LOYALTY TO AND PROTECTION OF THE BEST INTERESTS OF THE PRINCIPAL.  THE AGENT SHALL DIRECT ANY BENEFITS DERIVED FROM THE POWER OF ATTORNEY TO THE PRINCIPAL.  THE AGENT HAS A DUTY TO AVOID CONFLICTS OF INTEREST AND TO USE ORDINARY SKILL AND PRUDENCE IN THE EXERCISE OF THESE DUTIES.</w:t>
      </w:r>
    </w:p>
    <w:p>
      <w:pPr/>
    </w:p>
    <w:p>
      <w:pPr/>
      <w:r>
        <w:rPr>
          <w:rFonts w:ascii="Times New Roman" w:hAnsi="Times New Roman" w:eastAsia="Times New Roman" w:cs="Times New Roman"/>
          <w:b/>
          <w:sz w:val="24"/>
        </w:rPr>
        <w:tab/>
        <w:t xml:space="preserve">Signed </w:t>
      </w:r>
      <w:r>
        <w:rPr>
          <w:rFonts w:ascii="Times New Roman" w:hAnsi="Times New Roman" w:eastAsia="Times New Roman" w:cs="Times New Roman"/>
          <w:b/>
          <w:sz w:val="24"/>
        </w:rPr>
        <w:t>[DATE]</w:t>
      </w:r>
    </w:p>
    <w:p>
      <w:pPr/>
    </w:p>
    <w:p>
      <w:pPr/>
    </w:p>
    <w:p>
      <w:pPr/>
      <w:r>
        <w:rPr>
          <w:rFonts w:ascii="Times New Roman" w:hAnsi="Times New Roman" w:eastAsia="Times New Roman" w:cs="Times New Roman"/>
          <w:b/>
          <w:sz w:val="24"/>
        </w:rPr>
        <w:tab/>
        <w:tab/>
        <w:tab/>
        <w:tab/>
        <w:tab/>
        <w:tab/>
      </w:r>
      <w:r>
        <w:rPr>
          <w:rFonts w:ascii="Times New Roman" w:hAnsi="Times New Roman" w:eastAsia="Times New Roman" w:cs="Times New Roman"/>
          <w:b/>
          <w:sz w:val="24"/>
        </w:rPr>
        <w:t>_______________________________</w:t>
      </w:r>
    </w:p>
    <w:p>
      <w:pPr/>
      <w:r>
        <w:rPr>
          <w:rFonts w:ascii="Times New Roman" w:hAnsi="Times New Roman" w:eastAsia="Times New Roman" w:cs="Times New Roman"/>
          <w:b/>
          <w:sz w:val="24"/>
        </w:rPr>
        <w:tab/>
        <w:tab/>
        <w:tab/>
        <w:tab/>
        <w:tab/>
        <w:tab/>
        <w:t>Signature of Agent</w:t>
      </w:r>
    </w:p>
    <w:p>
      <w:pPr/>
    </w:p>
    <w:p>
      <w:pP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