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ONTAN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ontan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Montan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