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225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MONTANA NOTARY ACKNOWLEDGMENT</w:t>
      </w:r>
    </w:p>
    <w:p>
      <w:pPr>
        <w:spacing w:before="0" w:after="225"/>
      </w:pPr>
    </w:p>
    <w:p>
      <w:pPr>
        <w:spacing w:before="0" w:after="225" w:line="480" w:lineRule="auto"/>
      </w:pPr>
      <w:r>
        <w:rPr>
          <w:rFonts w:ascii="Times New Roman" w:hAnsi="Times New Roman" w:eastAsia="Times New Roman" w:cs="Times New Roman"/>
          <w:sz w:val="24"/>
        </w:rPr>
        <w:t>THE STATE OF MONTANA</w:t>
      </w:r>
    </w:p>
    <w:p>
      <w:pPr>
        <w:spacing w:before="0" w:after="225" w:line="480" w:lineRule="auto"/>
      </w:pPr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[COUNTY]</w:t>
      </w:r>
    </w:p>
    <w:p>
      <w:pPr>
        <w:spacing w:before="0" w:after="225" w:line="480" w:lineRule="auto"/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This record was acknowledged before me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(date) by </w:t>
      </w:r>
      <w:r>
        <w:rPr>
          <w:rFonts w:ascii="Times New Roman" w:hAnsi="Times New Roman" w:eastAsia="Times New Roman" w:cs="Times New Roman"/>
          <w:sz w:val="24"/>
        </w:rPr>
        <w:t>[NAME OF SIGNER]</w:t>
      </w:r>
      <w:r>
        <w:rPr>
          <w:rFonts w:ascii="Times New Roman" w:hAnsi="Times New Roman" w:eastAsia="Times New Roman" w:cs="Times New Roman"/>
          <w:sz w:val="24"/>
        </w:rPr>
        <w:t xml:space="preserve"> (name(s) of individual(s)). </w:t>
      </w:r>
    </w:p>
    <w:p>
      <w:pPr>
        <w:spacing w:before="0" w:after="225" w:line="480" w:lineRule="auto"/>
        <w:jc w:val="both"/>
      </w:pPr>
      <w:r>
        <w:rPr>
          <w:rFonts w:ascii="Times New Roman" w:hAnsi="Times New Roman" w:eastAsia="Times New Roman" w:cs="Times New Roman"/>
          <w:sz w:val="24"/>
        </w:rPr>
        <w:t>____________________________________</w:t>
      </w:r>
    </w:p>
    <w:p>
      <w:pPr>
        <w:spacing w:before="0" w:after="225" w:line="480" w:lineRule="auto"/>
        <w:jc w:val="both"/>
      </w:pPr>
      <w:r>
        <w:rPr>
          <w:rFonts w:ascii="Times New Roman" w:hAnsi="Times New Roman" w:eastAsia="Times New Roman" w:cs="Times New Roman"/>
          <w:sz w:val="24"/>
        </w:rPr>
        <w:t>Notary Public Signature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__________________________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Title </w:t>
      </w:r>
      <w:r>
        <w:rPr>
          <w:rFonts w:ascii="Times New Roman" w:hAnsi="Times New Roman" w:eastAsia="Times New Roman" w:cs="Times New Roman"/>
          <w:sz w:val="24"/>
        </w:rPr>
        <w:t>[TITLE OF NOTARY]</w:t>
      </w:r>
    </w:p>
    <w:p>
      <w:pPr/>
    </w:p>
    <w:p>
      <w:pPr/>
    </w:p>
    <w:p>
      <w:pPr>
        <w:spacing w:before="0" w:after="225" w:line="480" w:lineRule="auto"/>
        <w:jc w:val="both"/>
      </w:pPr>
    </w:p>
    <w:p>
      <w:pPr>
        <w:spacing w:before="0" w:after="225" w:line="480" w:lineRule="auto"/>
      </w:pPr>
      <w:r>
        <w:rPr>
          <w:rFonts w:ascii="Times New Roman" w:hAnsi="Times New Roman" w:eastAsia="Times New Roman" w:cs="Times New Roman"/>
          <w:sz w:val="24"/>
        </w:rPr>
        <w:t>(Seal)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