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" w:after="0"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MONTANA POWER OF ATTORNEY REVOCATION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Use of this form is for the power of attorney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of: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Health Care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Powers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- Financial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Powers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  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- Other: </w:t>
      </w:r>
      <w:r>
        <w:rPr>
          <w:rFonts w:ascii="Times New Roman" w:hAnsi="Times New Roman" w:eastAsia="Times New Roman" w:cs="Times New Roman"/>
          <w:sz w:val="24"/>
        </w:rPr>
        <w:t>[DETAILS]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I,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hereby immediately revoke those portions covering decisions of the document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titled </w:t>
      </w:r>
      <w:r>
        <w:rPr>
          <w:rFonts w:ascii="Times New Roman" w:hAnsi="Times New Roman" w:eastAsia="Times New Roman" w:cs="Times New Roman"/>
          <w:sz w:val="24"/>
        </w:rPr>
        <w:t>[TITLE]</w:t>
      </w:r>
      <w:r>
        <w:rPr>
          <w:rFonts w:ascii="Times New Roman" w:hAnsi="Times New Roman" w:eastAsia="Times New Roman" w:cs="Times New Roman"/>
          <w:sz w:val="24"/>
        </w:rPr>
        <w:t xml:space="preserve"> that I previously executed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on </w:t>
      </w:r>
      <w:r>
        <w:rPr>
          <w:rFonts w:ascii="Times New Roman" w:hAnsi="Times New Roman" w:eastAsia="Times New Roman" w:cs="Times New Roman"/>
          <w:sz w:val="24"/>
        </w:rPr>
        <w:t>[DATE]</w:t>
      </w:r>
      <w:r>
        <w:rPr>
          <w:rFonts w:ascii="Times New Roman" w:hAnsi="Times New Roman" w:eastAsia="Times New Roman" w:cs="Times New Roman"/>
          <w:sz w:val="24"/>
        </w:rPr>
        <w:t xml:space="preserve"> which appointed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as my agent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and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as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my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alternate successor agent. I hereby notify said agent(s) and any other interested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persons and institutions that all portions of said document are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revoked.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This revocation takes effect immediately. A photocopy has the same effect as an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original.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This revocation was signed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the </w:t>
      </w:r>
      <w:r>
        <w:rPr>
          <w:rFonts w:ascii="Times New Roman" w:hAnsi="Times New Roman" w:eastAsia="Times New Roman" w:cs="Times New Roman"/>
          <w:sz w:val="24"/>
        </w:rPr>
        <w:t>[DAY]</w:t>
      </w:r>
      <w:r>
        <w:rPr>
          <w:rFonts w:ascii="Times New Roman" w:hAnsi="Times New Roman" w:eastAsia="Times New Roman" w:cs="Times New Roman"/>
          <w:sz w:val="24"/>
        </w:rPr>
        <w:t xml:space="preserve"> of </w:t>
      </w:r>
      <w:r>
        <w:rPr>
          <w:rFonts w:ascii="Times New Roman" w:hAnsi="Times New Roman" w:eastAsia="Times New Roman" w:cs="Times New Roman"/>
          <w:sz w:val="24"/>
        </w:rPr>
        <w:t>[MONTH]</w:t>
      </w:r>
      <w:r>
        <w:rPr>
          <w:rFonts w:ascii="Times New Roman" w:hAnsi="Times New Roman" w:eastAsia="Times New Roman" w:cs="Times New Roman"/>
          <w:sz w:val="24"/>
        </w:rPr>
        <w:t xml:space="preserve"> 20</w:t>
      </w:r>
      <w:r>
        <w:rPr>
          <w:rFonts w:ascii="Times New Roman" w:hAnsi="Times New Roman" w:eastAsia="Times New Roman" w:cs="Times New Roman"/>
          <w:sz w:val="24"/>
        </w:rPr>
        <w:t>[YEAR]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>Signature of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Principal </w:t>
      </w:r>
      <w:r>
        <w:rPr>
          <w:rFonts w:ascii="Times New Roman" w:hAnsi="Times New Roman" w:eastAsia="Times New Roman" w:cs="Times New Roman"/>
          <w:sz w:val="24"/>
        </w:rPr>
        <w:t>_________________________</w:t>
      </w:r>
    </w:p>
    <w:p>
      <w:pPr>
        <w:spacing w:before="69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[NAME]</w:t>
      </w:r>
    </w:p>
    <w:p>
      <w:pPr>
        <w:spacing w:before="69" w:after="0"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NOTE: Provide copies to anyone who may have copies of the Power of Attorney that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is being revoked. Retain the original of this form in your personal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papers.</w:t>
      </w:r>
    </w:p>
    <w:p>
      <w:pPr>
        <w:spacing w:line="480" w:lineRule="auto"/>
      </w:pPr>
    </w:p>
    <w:p>
      <w:pPr>
        <w:spacing w:line="480" w:lineRule="auto"/>
        <w:jc w:val="center"/>
      </w:pPr>
    </w:p>
    <w:p>
      <w:pPr>
        <w:spacing w:line="480" w:lineRule="auto"/>
        <w:jc w:val="center"/>
      </w:pPr>
      <w:r>
        <w:rPr>
          <w:rFonts w:ascii="Times New Roman" w:hAnsi="Times New Roman" w:eastAsia="Times New Roman" w:cs="Times New Roman"/>
          <w:b/>
          <w:sz w:val="24"/>
        </w:rPr>
        <w:t>NOTARY</w:t>
      </w:r>
      <w:r>
        <w:rPr>
          <w:rFonts w:ascii="Times New Roman" w:hAnsi="Times New Roman" w:eastAsia="Times New Roman" w:cs="Times New Roman"/>
          <w:b/>
          <w:sz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</w:rPr>
        <w:t>ACKNOWLEDGMENT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[State of Montana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County of </w:t>
      </w:r>
      <w:r>
        <w:rPr>
          <w:rFonts w:ascii="Times New Roman" w:hAnsi="Times New Roman" w:eastAsia="Times New Roman" w:cs="Times New Roman"/>
          <w:sz w:val="24"/>
        </w:rPr>
        <w:t>[COUNTY]</w:t>
      </w:r>
      <w:r>
        <w:rPr>
          <w:rFonts w:ascii="Times New Roman" w:hAnsi="Times New Roman" w:eastAsia="Times New Roman" w:cs="Times New Roman"/>
          <w:sz w:val="24"/>
        </w:rPr>
        <w:t xml:space="preserve">] </w:t>
      </w:r>
    </w:p>
    <w:p>
      <w:pPr>
        <w:spacing w:line="480" w:lineRule="auto"/>
      </w:pP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On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this </w:t>
      </w:r>
      <w:r>
        <w:rPr>
          <w:rFonts w:ascii="Times New Roman" w:hAnsi="Times New Roman" w:eastAsia="Times New Roman" w:cs="Times New Roman"/>
          <w:sz w:val="24"/>
        </w:rPr>
        <w:t>[DAY]</w:t>
      </w:r>
      <w:r>
        <w:rPr>
          <w:rFonts w:ascii="Times New Roman" w:hAnsi="Times New Roman" w:eastAsia="Times New Roman" w:cs="Times New Roman"/>
          <w:sz w:val="24"/>
        </w:rPr>
        <w:t xml:space="preserve"> of </w:t>
      </w:r>
      <w:r>
        <w:rPr>
          <w:rFonts w:ascii="Times New Roman" w:hAnsi="Times New Roman" w:eastAsia="Times New Roman" w:cs="Times New Roman"/>
          <w:sz w:val="24"/>
        </w:rPr>
        <w:t>[MONTH]</w:t>
      </w:r>
      <w:r>
        <w:rPr>
          <w:rFonts w:ascii="Times New Roman" w:hAnsi="Times New Roman" w:eastAsia="Times New Roman" w:cs="Times New Roman"/>
          <w:sz w:val="24"/>
        </w:rPr>
        <w:t xml:space="preserve"> 20</w:t>
      </w:r>
      <w:r>
        <w:rPr>
          <w:rFonts w:ascii="Times New Roman" w:hAnsi="Times New Roman" w:eastAsia="Times New Roman" w:cs="Times New Roman"/>
          <w:sz w:val="24"/>
        </w:rPr>
        <w:t>[YEAR]</w:t>
      </w:r>
      <w:r>
        <w:rPr>
          <w:rFonts w:ascii="Times New Roman" w:hAnsi="Times New Roman" w:eastAsia="Times New Roman" w:cs="Times New Roman"/>
          <w:sz w:val="24"/>
        </w:rPr>
        <w:t xml:space="preserve"> before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me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a notary public, personally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 xml:space="preserve">appeared </w:t>
      </w:r>
      <w:r>
        <w:rPr>
          <w:rFonts w:ascii="Times New Roman" w:hAnsi="Times New Roman" w:eastAsia="Times New Roman" w:cs="Times New Roman"/>
          <w:sz w:val="24"/>
        </w:rPr>
        <w:t>[NAME]</w:t>
      </w:r>
      <w:r>
        <w:rPr>
          <w:rFonts w:ascii="Times New Roman" w:hAnsi="Times New Roman" w:eastAsia="Times New Roman" w:cs="Times New Roman"/>
          <w:sz w:val="24"/>
        </w:rPr>
        <w:t xml:space="preserve"> proved on the basis of satisfactory evidence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to be the person(s) whose name(s) (is/are) subscribed to this instrument, and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acknowledged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(he/she/they) executed the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same.</w:t>
      </w:r>
    </w:p>
    <w:p>
      <w:pPr>
        <w:spacing w:before="8" w:after="0" w:line="480" w:lineRule="auto"/>
      </w:pPr>
    </w:p>
    <w:p>
      <w:pPr>
        <w:spacing w:before="8" w:after="0" w:line="480" w:lineRule="auto"/>
      </w:pPr>
      <w:r>
        <w:rPr>
          <w:rFonts w:ascii="Times New Roman" w:hAnsi="Times New Roman" w:eastAsia="Times New Roman" w:cs="Times New Roman"/>
          <w:sz w:val="24"/>
        </w:rPr>
        <w:t>____________________________</w:t>
      </w:r>
    </w:p>
    <w:p>
      <w:pPr>
        <w:spacing w:line="480" w:lineRule="auto"/>
      </w:pPr>
      <w:r>
        <w:rPr>
          <w:rFonts w:ascii="Times New Roman" w:hAnsi="Times New Roman" w:eastAsia="Times New Roman" w:cs="Times New Roman"/>
          <w:sz w:val="24"/>
        </w:rPr>
        <w:t>Witness my hand and official</w:t>
      </w:r>
      <w:r>
        <w:rPr>
          <w:rFonts w:ascii="Times New Roman" w:hAnsi="Times New Roman" w:eastAsia="Times New Roman" w:cs="Times New Roman"/>
          <w:sz w:val="24"/>
        </w:rPr>
        <w:t xml:space="preserve"> </w:t>
      </w:r>
      <w:r>
        <w:rPr>
          <w:rFonts w:ascii="Times New Roman" w:hAnsi="Times New Roman" w:eastAsia="Times New Roman" w:cs="Times New Roman"/>
          <w:sz w:val="24"/>
        </w:rPr>
        <w:t>seal.</w:t>
      </w: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Print Name </w:t>
      </w:r>
      <w:r>
        <w:rPr>
          <w:rFonts w:ascii="Times New Roman" w:hAnsi="Times New Roman" w:eastAsia="Times New Roman" w:cs="Times New Roman"/>
          <w:sz w:val="24"/>
        </w:rPr>
        <w:t>[NAME]</w:t>
      </w: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 xml:space="preserve">My Commission Expires on </w:t>
      </w:r>
      <w:r>
        <w:rPr>
          <w:rFonts w:ascii="Times New Roman" w:hAnsi="Times New Roman" w:eastAsia="Times New Roman" w:cs="Times New Roman"/>
          <w:sz w:val="24"/>
        </w:rPr>
        <w:t>[DATE]</w:t>
      </w:r>
    </w:p>
    <w:p>
      <w:pPr>
        <w:spacing w:before="4" w:after="0" w:line="480" w:lineRule="auto"/>
      </w:pPr>
    </w:p>
    <w:p>
      <w:pPr>
        <w:spacing w:before="4" w:after="0" w:line="480" w:lineRule="auto"/>
      </w:pPr>
      <w:r>
        <w:rPr>
          <w:rFonts w:ascii="Times New Roman" w:hAnsi="Times New Roman" w:eastAsia="Times New Roman" w:cs="Times New Roman"/>
          <w:sz w:val="24"/>
        </w:rPr>
        <w:t>(Seal)</w:t>
      </w:r>
    </w:p>
    <w:p>
      <w:pPr>
        <w:spacing w:before="4" w:after="0" w:line="480" w:lineRule="auto"/>
      </w:pP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