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Montana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Montana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