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 w:eastAsia="Times New Roman" w:cs="Times New Roman"/>
          <w:b/>
          <w:sz w:val="24"/>
        </w:rPr>
        <w:t xml:space="preserve">MONTANA </w:t>
      </w:r>
    </w:p>
    <w:p>
      <w:pPr>
        <w:jc w:val="center"/>
      </w:pPr>
      <w:r>
        <w:rPr>
          <w:rFonts w:ascii="Times New Roman" w:hAnsi="Times New Roman" w:eastAsia="Times New Roman" w:cs="Times New Roman"/>
          <w:b/>
          <w:sz w:val="24"/>
        </w:rPr>
        <w:t>SECURITY DEPOSIT DEMAND LETTER</w:t>
      </w:r>
    </w:p>
    <w:p>
      <w:pPr>
        <w:jc w:val="center"/>
      </w:pPr>
    </w:p>
    <w:p>
      <w:pPr/>
    </w:p>
    <w:p>
      <w:pPr/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[NAME OF SENDER]</w:t>
      </w:r>
    </w:p>
    <w:p>
      <w:pPr/>
      <w:r>
        <w:rPr>
          <w:rFonts w:ascii="Times New Roman" w:hAnsi="Times New Roman" w:eastAsia="Times New Roman" w:cs="Times New Roman"/>
          <w:sz w:val="24"/>
        </w:rPr>
        <w:t>[ADDRESS]</w:t>
      </w:r>
    </w:p>
    <w:p>
      <w:pPr/>
      <w:r>
        <w:rPr>
          <w:rFonts w:ascii="Times New Roman" w:hAnsi="Times New Roman" w:eastAsia="Times New Roman" w:cs="Times New Roman"/>
          <w:sz w:val="24"/>
        </w:rPr>
        <w:t>[CITY, STATE]</w:t>
      </w:r>
    </w:p>
    <w:p>
      <w:pPr/>
      <w:r>
        <w:rPr>
          <w:rFonts w:ascii="Times New Roman" w:hAnsi="Times New Roman" w:eastAsia="Times New Roman" w:cs="Times New Roman"/>
          <w:sz w:val="24"/>
        </w:rPr>
        <w:t>[ZIPCODE]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[DATE]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[NAME OF RECIPIENT]</w:t>
      </w:r>
    </w:p>
    <w:p>
      <w:pPr/>
      <w:r>
        <w:rPr>
          <w:rFonts w:ascii="Times New Roman" w:hAnsi="Times New Roman" w:eastAsia="Times New Roman" w:cs="Times New Roman"/>
          <w:sz w:val="24"/>
        </w:rPr>
        <w:t>[ADDRESS]</w:t>
      </w:r>
    </w:p>
    <w:p>
      <w:pPr/>
      <w:r>
        <w:rPr>
          <w:rFonts w:ascii="Times New Roman" w:hAnsi="Times New Roman" w:eastAsia="Times New Roman" w:cs="Times New Roman"/>
          <w:sz w:val="24"/>
        </w:rPr>
        <w:t>[CITY, STATE]</w:t>
      </w:r>
    </w:p>
    <w:p>
      <w:pPr/>
      <w:r>
        <w:rPr>
          <w:rFonts w:ascii="Times New Roman" w:hAnsi="Times New Roman" w:eastAsia="Times New Roman" w:cs="Times New Roman"/>
          <w:sz w:val="24"/>
        </w:rPr>
        <w:t>[ZIPCODE]</w:t>
      </w:r>
    </w:p>
    <w:p>
      <w:pPr/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Dear </w:t>
      </w:r>
      <w:r>
        <w:rPr>
          <w:rFonts w:ascii="Times New Roman" w:hAnsi="Times New Roman" w:eastAsia="Times New Roman" w:cs="Times New Roman"/>
          <w:sz w:val="24"/>
        </w:rPr>
        <w:t>[RECIPIENT]</w:t>
      </w:r>
      <w:r>
        <w:rPr>
          <w:rFonts w:ascii="Times New Roman" w:hAnsi="Times New Roman" w:eastAsia="Times New Roman" w:cs="Times New Roman"/>
          <w:sz w:val="24"/>
        </w:rPr>
        <w:t xml:space="preserve">, </w:t>
      </w:r>
    </w:p>
    <w:p>
      <w:pPr/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Upon signing of the lease agreement dated </w:t>
      </w:r>
      <w:r>
        <w:rPr>
          <w:rFonts w:ascii="Times New Roman" w:hAnsi="Times New Roman" w:eastAsia="Times New Roman" w:cs="Times New Roman"/>
          <w:sz w:val="24"/>
        </w:rPr>
        <w:t>[DATE]</w:t>
      </w:r>
      <w:r>
        <w:rPr>
          <w:rFonts w:ascii="Times New Roman" w:hAnsi="Times New Roman" w:eastAsia="Times New Roman" w:cs="Times New Roman"/>
          <w:sz w:val="24"/>
        </w:rPr>
        <w:t xml:space="preserve"> I had placed a security deposit in the amount of $</w:t>
      </w:r>
      <w:r>
        <w:rPr>
          <w:rFonts w:ascii="Times New Roman" w:hAnsi="Times New Roman" w:eastAsia="Times New Roman" w:cs="Times New Roman"/>
          <w:sz w:val="24"/>
        </w:rPr>
        <w:t>[DOLLAR AMOUNT]</w:t>
      </w:r>
      <w:r>
        <w:rPr>
          <w:rFonts w:ascii="Times New Roman" w:hAnsi="Times New Roman" w:eastAsia="Times New Roman" w:cs="Times New Roman"/>
          <w:sz w:val="24"/>
        </w:rPr>
        <w:t xml:space="preserve"> with you. In accordance with § </w:t>
      </w:r>
      <w:r>
        <w:rPr>
          <w:rFonts w:ascii="Times New Roman" w:hAnsi="Times New Roman" w:eastAsia="Times New Roman" w:cs="Times New Roman"/>
          <w:sz w:val="24"/>
        </w:rPr>
        <w:t>70-25-202</w:t>
      </w:r>
      <w:r>
        <w:rPr>
          <w:rFonts w:ascii="Times New Roman" w:hAnsi="Times New Roman" w:eastAsia="Times New Roman" w:cs="Times New Roman"/>
          <w:sz w:val="24"/>
        </w:rPr>
        <w:t xml:space="preserve">, you are required to return the deposit within </w:t>
      </w:r>
      <w:r>
        <w:rPr>
          <w:rFonts w:ascii="Times New Roman" w:hAnsi="Times New Roman" w:eastAsia="Times New Roman" w:cs="Times New Roman"/>
          <w:sz w:val="24"/>
        </w:rPr>
        <w:t xml:space="preserve"> 30 days / </w:t>
      </w:r>
      <w:r>
        <w:rPr>
          <w:rFonts w:ascii="Times New Roman" w:hAnsi="Times New Roman" w:eastAsia="Times New Roman" w:cs="Times New Roman"/>
          <w:sz w:val="24"/>
        </w:rPr>
        <w:t xml:space="preserve"> 10 days from the termination of the lease. </w:t>
      </w:r>
    </w:p>
    <w:p>
      <w:pPr/>
    </w:p>
    <w:p>
      <w:pPr/>
      <w:r>
        <w:rPr>
          <w:rFonts w:ascii="Times New Roman" w:hAnsi="Times New Roman" w:eastAsia="Times New Roman" w:cs="Times New Roman"/>
          <w:b/>
          <w:sz w:val="24"/>
        </w:rPr>
        <w:t>YOU ARE NOW BEYOND THE STATE LIMIT FOR RETURNING THE DEPOSIT.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Therefore, please send payment as soon as possible to </w:t>
      </w:r>
      <w:r>
        <w:rPr>
          <w:rFonts w:ascii="Times New Roman" w:hAnsi="Times New Roman" w:eastAsia="Times New Roman" w:cs="Times New Roman"/>
          <w:sz w:val="24"/>
        </w:rPr>
        <w:t>[ADDRESS WHERE THE PAYMENT WILL BE SENT TO]</w:t>
      </w:r>
      <w:r>
        <w:rPr>
          <w:rFonts w:ascii="Times New Roman" w:hAnsi="Times New Roman" w:eastAsia="Times New Roman" w:cs="Times New Roman"/>
          <w:sz w:val="24"/>
        </w:rPr>
        <w:t>.</w:t>
      </w:r>
    </w:p>
    <w:p>
      <w:pPr/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Sincerely,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__________________</w:t>
      </w: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