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MONTANA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Montana.</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