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ONTA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onta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ont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