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240" w:lineRule="auto"/>
        <w:jc w:val="center"/>
      </w:pPr>
      <w:r>
        <w:rPr>
          <w:rFonts w:ascii="Times New Roman" w:hAnsi="Times New Roman" w:eastAsia="Times New Roman" w:cs="Times New Roman"/>
          <w:b/>
          <w:sz w:val="24"/>
        </w:rPr>
        <w:t>MONTHLY PAYMENT PLAN AGREEMENT</w:t>
      </w:r>
    </w:p>
    <w:p>
      <w:pPr>
        <w:spacing w:before="0" w:after="0" w:line="240" w:lineRule="auto"/>
      </w:pPr>
    </w:p>
    <w:p>
      <w:pPr>
        <w:spacing w:before="0" w:after="0" w:line="240" w:lineRule="auto"/>
      </w:pPr>
    </w:p>
    <w:p>
      <w:pPr>
        <w:spacing w:before="0" w:after="0" w:line="240" w:lineRule="auto"/>
      </w:pPr>
      <w:r>
        <w:rPr>
          <w:rFonts w:ascii="Times New Roman" w:hAnsi="Times New Roman" w:eastAsia="Times New Roman" w:cs="Times New Roman"/>
          <w:b/>
          <w:sz w:val="24"/>
        </w:rPr>
        <w:t>I. THE PARTIES</w:t>
      </w:r>
      <w:r>
        <w:rPr>
          <w:rFonts w:ascii="Times New Roman" w:hAnsi="Times New Roman" w:eastAsia="Times New Roman" w:cs="Times New Roman"/>
          <w:sz w:val="24"/>
        </w:rPr>
        <w:t>. This Monthly Payment Plan Agreement (“Agreement”) dated __________________, 20____, is by and between:</w:t>
      </w:r>
    </w:p>
    <w:p>
      <w:pPr>
        <w:spacing w:before="0" w:after="0" w:line="240" w:lineRule="auto"/>
      </w:pPr>
    </w:p>
    <w:p>
      <w:pPr>
        <w:spacing w:before="0" w:after="0" w:line="240" w:lineRule="auto"/>
      </w:pPr>
      <w:r>
        <w:rPr>
          <w:rFonts w:ascii="Times New Roman" w:hAnsi="Times New Roman" w:eastAsia="Times New Roman" w:cs="Times New Roman"/>
          <w:sz w:val="24"/>
        </w:rPr>
        <w:t xml:space="preserve">Creditor: __________________, with a mailing address of __________________, City of __________________, State of __________________, Zip _________ (“Creditor”), and </w:t>
      </w:r>
    </w:p>
    <w:p>
      <w:pPr>
        <w:spacing w:before="0" w:after="0" w:line="240" w:lineRule="auto"/>
      </w:pPr>
    </w:p>
    <w:p>
      <w:pPr>
        <w:spacing w:before="0" w:after="0" w:line="240" w:lineRule="auto"/>
      </w:pPr>
      <w:r>
        <w:rPr>
          <w:rFonts w:ascii="Times New Roman" w:hAnsi="Times New Roman" w:eastAsia="Times New Roman" w:cs="Times New Roman"/>
          <w:sz w:val="24"/>
        </w:rPr>
        <w:t>Debtor</w:t>
      </w:r>
      <w:r>
        <w:rPr>
          <w:rFonts w:ascii="Times New Roman" w:hAnsi="Times New Roman" w:eastAsia="Times New Roman" w:cs="Times New Roman"/>
          <w:sz w:val="24"/>
        </w:rPr>
        <w:t>PayorDebtor</w:t>
      </w:r>
      <w:r>
        <w:rPr>
          <w:rFonts w:ascii="Times New Roman" w:hAnsi="Times New Roman" w:eastAsia="Times New Roman" w:cs="Times New Roman"/>
          <w:sz w:val="24"/>
        </w:rPr>
        <w:t>: __________________, with a mailing address of __________________, City of __________________, State of __________________, Zip _________ (“Debtor”).</w:t>
      </w:r>
    </w:p>
    <w:p>
      <w:pPr>
        <w:spacing w:before="0" w:after="0" w:line="240" w:lineRule="auto"/>
      </w:pPr>
    </w:p>
    <w:p>
      <w:pPr>
        <w:spacing w:before="0" w:after="0" w:line="240" w:lineRule="auto"/>
      </w:pPr>
      <w:r>
        <w:rPr>
          <w:rFonts w:ascii="Times New Roman" w:hAnsi="Times New Roman" w:eastAsia="Times New Roman" w:cs="Times New Roman"/>
          <w:sz w:val="24"/>
        </w:rPr>
        <w:t>HEREINAFTER, the Debtor and Creditor (“Parties”) agrees to the following:</w:t>
      </w:r>
    </w:p>
    <w:p>
      <w:pPr>
        <w:spacing w:before="0" w:after="0" w:line="240" w:lineRule="auto"/>
      </w:pPr>
    </w:p>
    <w:p>
      <w:pPr>
        <w:spacing w:before="0" w:after="0"/>
      </w:pPr>
      <w:r>
        <w:rPr>
          <w:rFonts w:ascii="Times New Roman" w:hAnsi="Times New Roman" w:eastAsia="Times New Roman" w:cs="Times New Roman"/>
          <w:b/>
          <w:sz w:val="24"/>
        </w:rPr>
        <w:t>II. BALANCE</w:t>
      </w:r>
      <w:r>
        <w:rPr>
          <w:rFonts w:ascii="Times New Roman" w:hAnsi="Times New Roman" w:eastAsia="Times New Roman" w:cs="Times New Roman"/>
          <w:sz w:val="24"/>
        </w:rPr>
        <w:t>. At the time of this Agreement, the Debtor owes the Creditor the amount of __________________ Dollars ($_________) (“Current Balance”) for: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an Outstanding Balance.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Property described as: _____________________________________________________.</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Service described as: ______________________________________________________.</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Other:___________________________________________________________________.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III. DISCOUNTED BALANCE</w:t>
      </w:r>
      <w:r>
        <w:rPr>
          <w:rFonts w:ascii="Times New Roman" w:hAnsi="Times New Roman" w:eastAsia="Times New Roman" w:cs="Times New Roman"/>
          <w:sz w:val="24"/>
        </w:rPr>
        <w:t>. In consideration of the Debtor’s faith to repay the Current Balance in this Agreement, the Creditor agrees to: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Discounted Balance. The Debtor shall pay the full Current Balance (“Amount Owed”).</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Discounted Balance. The Debtor shall only be obligated to pay the discounted amount of __________________ Dollars ($_________) ("Amount Owed"). If the Debtor should default under any of the terms of this Agreement, the Debtor shall owe the Creditor the Current Balance in addition to other penalties, fees, and any accumulated interest.</w:t>
      </w:r>
    </w:p>
    <w:p>
      <w:pPr>
        <w:spacing w:before="0" w:after="0" w:line="240" w:lineRule="auto"/>
      </w:pPr>
    </w:p>
    <w:p>
      <w:pPr>
        <w:spacing w:before="0" w:after="0" w:line="240" w:lineRule="auto"/>
      </w:pPr>
      <w:r>
        <w:rPr>
          <w:rFonts w:ascii="Times New Roman" w:hAnsi="Times New Roman" w:eastAsia="Times New Roman" w:cs="Times New Roman"/>
          <w:b/>
          <w:sz w:val="24"/>
        </w:rPr>
        <w:t>IV. REPAYMENT PLAN</w:t>
      </w:r>
      <w:r>
        <w:rPr>
          <w:rFonts w:ascii="Times New Roman" w:hAnsi="Times New Roman" w:eastAsia="Times New Roman" w:cs="Times New Roman"/>
          <w:sz w:val="24"/>
        </w:rPr>
        <w:t>. To satisfy the Amount Owed, the Debtor agrees to repay the Creditor under the following terms:</w:t>
      </w:r>
    </w:p>
    <w:p>
      <w:pPr>
        <w:spacing w:before="0" w:after="0" w:line="240" w:lineRule="auto"/>
      </w:pPr>
    </w:p>
    <w:p>
      <w:pPr>
        <w:spacing w:before="0" w:after="0" w:line="240" w:lineRule="auto"/>
      </w:pPr>
      <w:r>
        <w:rPr>
          <w:rFonts w:ascii="Times New Roman" w:hAnsi="Times New Roman" w:eastAsia="Times New Roman" w:cs="Times New Roman"/>
          <w:sz w:val="24"/>
        </w:rPr>
        <w:t>Down-Payment. The Debtor shall pay: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Down-Payment of $_________.</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Down-Payment.</w:t>
      </w:r>
    </w:p>
    <w:p>
      <w:pPr>
        <w:spacing w:before="0" w:after="0" w:line="240" w:lineRule="auto"/>
      </w:pPr>
    </w:p>
    <w:p>
      <w:pPr>
        <w:spacing w:before="0" w:after="0" w:line="240" w:lineRule="auto"/>
      </w:pPr>
      <w:r>
        <w:rPr>
          <w:rFonts w:ascii="Times New Roman" w:hAnsi="Times New Roman" w:eastAsia="Times New Roman" w:cs="Times New Roman"/>
          <w:sz w:val="24"/>
        </w:rPr>
        <w:t>Interest Rate. The Amount Owed shall: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Bear interest at a rate of _______________ percent (____%) compounded annually. The rate must be equal to or less than the usury rate in the State of the Debtor.</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bear interest.</w:t>
      </w:r>
    </w:p>
    <w:p>
      <w:pPr>
        <w:spacing w:before="0" w:after="0" w:line="240" w:lineRule="auto"/>
      </w:pPr>
    </w:p>
    <w:p>
      <w:pPr>
        <w:spacing w:before="0" w:after="0" w:line="240" w:lineRule="auto"/>
      </w:pPr>
      <w:r>
        <w:rPr>
          <w:rFonts w:ascii="Times New Roman" w:hAnsi="Times New Roman" w:eastAsia="Times New Roman" w:cs="Times New Roman"/>
          <w:sz w:val="24"/>
        </w:rPr>
        <w:t xml:space="preserve">Repayment Period. The Debtor shall re-pay the Creditor on a </w:t>
      </w:r>
      <w:r>
        <w:rPr>
          <w:rFonts w:ascii="Times New Roman" w:hAnsi="Times New Roman" w:eastAsia="Times New Roman" w:cs="Times New Roman"/>
          <w:sz w:val="24"/>
        </w:rPr>
        <w:t>monthly basis beginning on __________________, 20____, in the amount of $_________ to be paid on the ____ of every month ending on __________________, 20____ or when the Amount Owed is paid-in-full.</w:t>
      </w:r>
    </w:p>
    <w:p>
      <w:pPr>
        <w:spacing w:before="0" w:after="0" w:line="240" w:lineRule="auto"/>
      </w:pPr>
    </w:p>
    <w:p>
      <w:pPr>
        <w:spacing w:before="0" w:after="0" w:line="240" w:lineRule="auto"/>
      </w:pPr>
      <w:r>
        <w:rPr>
          <w:rFonts w:ascii="Times New Roman" w:hAnsi="Times New Roman" w:eastAsia="Times New Roman" w:cs="Times New Roman"/>
          <w:sz w:val="24"/>
        </w:rPr>
        <w:t>Payment Instructions. The Debtor is required to pay the Creditor under the following instructions: _____________________________________________________________.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V. LATE PAYMENT</w:t>
      </w:r>
      <w:r>
        <w:rPr>
          <w:rFonts w:ascii="Times New Roman" w:hAnsi="Times New Roman" w:eastAsia="Times New Roman" w:cs="Times New Roman"/>
          <w:sz w:val="24"/>
        </w:rPr>
        <w:t>. Any partial or late payment under this Agreement shall: (check one)</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be allowed and consider the Debtor in default.</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Allow the Debtor to make payment within ____ days provided the Debtor pays a late fee of: ___________________________________________________________ (“Extension Period”). If payment is not made within the Extension Period, this Agreement shall be in default. </w:t>
      </w:r>
    </w:p>
    <w:p>
      <w:pPr>
        <w:spacing w:before="0" w:after="0" w:line="240" w:lineRule="auto"/>
      </w:pPr>
    </w:p>
    <w:p>
      <w:pPr>
        <w:spacing w:before="0" w:after="0" w:line="240" w:lineRule="auto"/>
      </w:pPr>
      <w:r>
        <w:rPr>
          <w:rFonts w:ascii="Times New Roman" w:hAnsi="Times New Roman" w:eastAsia="Times New Roman" w:cs="Times New Roman"/>
          <w:b/>
          <w:sz w:val="24"/>
        </w:rPr>
        <w:t>VI. PREPAYMENT</w:t>
      </w:r>
      <w:r>
        <w:rPr>
          <w:rFonts w:ascii="Times New Roman" w:hAnsi="Times New Roman" w:eastAsia="Times New Roman" w:cs="Times New Roman"/>
          <w:sz w:val="24"/>
        </w:rPr>
        <w:t>. The Debtor may: (check one)</w:t>
      </w: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Pre-pay the Amount Owed without penalty.</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Not prepay the Amount Owed. If the Debtor decides to prepay the Amount Owed, the Debtor shall pay the penalty of: __________________________________________________.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VII. CO-SIGNER</w:t>
      </w:r>
      <w:r>
        <w:rPr>
          <w:rFonts w:ascii="Times New Roman" w:hAnsi="Times New Roman" w:eastAsia="Times New Roman" w:cs="Times New Roman"/>
          <w:sz w:val="24"/>
        </w:rPr>
        <w:t>. (check the appropriate box)</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This</w:t>
      </w:r>
      <w:r>
        <w:rPr>
          <w:rFonts w:ascii="Times New Roman" w:hAnsi="Times New Roman" w:eastAsia="Times New Roman" w:cs="Times New Roman"/>
          <w:sz w:val="24"/>
        </w:rPr>
        <w:t xml:space="preserve"> Agreement shall not have a Co-Signer.</w:t>
      </w:r>
    </w:p>
    <w:p>
      <w:pPr>
        <w:spacing w:before="0" w:after="0" w:line="240" w:lineRule="auto"/>
      </w:pPr>
    </w:p>
    <w:p>
      <w:pPr>
        <w:spacing w:before="0" w:after="0" w:line="240" w:lineRule="auto"/>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This Agreement shall have a Co-Signer known as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hereinafter known as the "Co-Signer” and agrees to the liabilities and obligations on behalf of the Debtor under the terms of this Agreement. If the Debtor does not make a payment, the Co-Signer shall be personally responsible and therefore is guaranteeing payment of the principal, late fees, and all accrued interest under the terms of this Agreement. </w:t>
      </w:r>
    </w:p>
    <w:p>
      <w:pPr>
        <w:spacing w:before="0" w:after="0" w:line="240" w:lineRule="auto"/>
      </w:pPr>
    </w:p>
    <w:p>
      <w:pPr>
        <w:spacing w:before="0" w:after="0" w:line="240" w:lineRule="auto"/>
      </w:pPr>
      <w:r>
        <w:rPr>
          <w:rFonts w:ascii="Times New Roman" w:hAnsi="Times New Roman" w:eastAsia="Times New Roman" w:cs="Times New Roman"/>
          <w:b/>
          <w:sz w:val="24"/>
        </w:rPr>
        <w:t>VIII. DEFAULT</w:t>
      </w:r>
      <w:r>
        <w:rPr>
          <w:rFonts w:ascii="Times New Roman" w:hAnsi="Times New Roman" w:eastAsia="Times New Roman" w:cs="Times New Roman"/>
          <w:sz w:val="24"/>
        </w:rPr>
        <w:t>. If for any reason the Debtor should not oblige to any section or portion of this Agreement, the Debtor shall be considered in default. Under such an event, the remaining balance of the Amount Owed shall be due within five (5) business days with the Debtor liable to pay all reasonable attorney's fees and costs of collection of the Creditor. In addition, the Creditor may reclaim any property or goods in connection with the Amount Owed, hold and dispose of the same, and collect expenses, together with any deficiency due from the Debtor, subject to the Debtor's right to redeem said items pursuant to law.</w:t>
      </w:r>
    </w:p>
    <w:p>
      <w:pPr>
        <w:spacing w:before="0" w:after="0" w:line="240" w:lineRule="auto"/>
      </w:pPr>
    </w:p>
    <w:p>
      <w:pPr>
        <w:spacing w:before="0" w:after="0" w:line="240" w:lineRule="auto"/>
      </w:pPr>
      <w:r>
        <w:rPr>
          <w:rFonts w:ascii="Times New Roman" w:hAnsi="Times New Roman" w:eastAsia="Times New Roman" w:cs="Times New Roman"/>
          <w:b/>
          <w:sz w:val="24"/>
        </w:rPr>
        <w:t xml:space="preserve">IX.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shall be governed by, and construed in accordance with, the laws of the State of ___________________ (“Governing Law”).</w:t>
      </w:r>
    </w:p>
    <w:p>
      <w:pPr>
        <w:spacing w:before="0" w:after="0" w:line="240" w:lineRule="auto"/>
      </w:pPr>
    </w:p>
    <w:p>
      <w:pPr>
        <w:spacing w:before="0" w:after="0" w:line="240" w:lineRule="auto"/>
      </w:pPr>
      <w:r>
        <w:rPr>
          <w:rFonts w:ascii="Times New Roman" w:hAnsi="Times New Roman" w:eastAsia="Times New Roman" w:cs="Times New Roman"/>
          <w:b/>
          <w:sz w:val="24"/>
        </w:rPr>
        <w:t>X. SEVERABILITY</w:t>
      </w:r>
      <w:r>
        <w:rPr>
          <w:rFonts w:ascii="Times New Roman" w:hAnsi="Times New Roman" w:eastAsia="Times New Roman" w:cs="Times New Roman"/>
          <w:sz w:val="24"/>
        </w:rPr>
        <w:t>. The unenforceability or invalidity of any clause in this Agreement shall not have an impact on the enforceability or validity of any other clause. Any unenforceable or invalid clause shall be regarded as removed from this Agreement to the extent of its unenforceability and invalidity. Therefore, this Agreement shall be interpreted and enforced as if it did not contain the said clause to the extent of its unenforceability and invalidity.</w:t>
      </w:r>
    </w:p>
    <w:p>
      <w:pPr>
        <w:spacing w:before="0" w:after="0" w:line="240" w:lineRule="auto"/>
      </w:pPr>
    </w:p>
    <w:p>
      <w:pPr>
        <w:spacing w:before="0" w:after="0" w:line="240" w:lineRule="auto"/>
      </w:pPr>
      <w:r>
        <w:rPr>
          <w:rFonts w:ascii="Times New Roman" w:hAnsi="Times New Roman" w:eastAsia="Times New Roman" w:cs="Times New Roman"/>
          <w:b/>
          <w:sz w:val="24"/>
        </w:rPr>
        <w:t>XI. ADDITIONAL TERMS &amp; CONDITIONS</w:t>
      </w:r>
      <w:r>
        <w:rPr>
          <w:rFonts w:ascii="Times New Roman" w:hAnsi="Times New Roman" w:eastAsia="Times New Roman" w:cs="Times New Roman"/>
          <w:sz w:val="24"/>
        </w:rPr>
        <w:t xml:space="preserve">. </w:t>
      </w:r>
    </w:p>
    <w:p>
      <w:pPr>
        <w:spacing w:before="0" w:after="0" w:line="240" w:lineRule="auto"/>
      </w:pPr>
      <w:r>
        <w:rPr>
          <w:rFonts w:ascii="Times New Roman" w:hAnsi="Times New Roman" w:eastAsia="Times New Roman" w:cs="Times New Roman"/>
          <w:sz w:val="24"/>
        </w:rPr>
        <w:t>____________________________________________________________________________</w:t>
      </w:r>
    </w:p>
    <w:p>
      <w:pPr>
        <w:spacing w:before="0" w:after="0" w:line="240" w:lineRule="auto"/>
      </w:pPr>
      <w:r>
        <w:rPr>
          <w:rFonts w:ascii="Times New Roman" w:hAnsi="Times New Roman" w:eastAsia="Times New Roman" w:cs="Times New Roman"/>
          <w:sz w:val="24"/>
        </w:rPr>
        <w:t>____________________________________________________________________________</w:t>
      </w:r>
    </w:p>
    <w:p>
      <w:pPr>
        <w:spacing w:before="0" w:after="0" w:line="240" w:lineRule="auto"/>
      </w:pPr>
      <w:r>
        <w:rPr>
          <w:rFonts w:ascii="Times New Roman" w:hAnsi="Times New Roman" w:eastAsia="Times New Roman" w:cs="Times New Roman"/>
          <w:sz w:val="24"/>
        </w:rPr>
        <w:t xml:space="preserve">____________________________________________________________________________ </w:t>
      </w:r>
    </w:p>
    <w:p>
      <w:pPr>
        <w:spacing w:before="0" w:after="0" w:line="240" w:lineRule="auto"/>
      </w:pPr>
    </w:p>
    <w:p>
      <w:pPr>
        <w:spacing w:before="0" w:after="0" w:line="240" w:lineRule="auto"/>
      </w:pPr>
      <w:r>
        <w:rPr>
          <w:rFonts w:ascii="Times New Roman" w:hAnsi="Times New Roman" w:eastAsia="Times New Roman" w:cs="Times New Roman"/>
          <w:b/>
          <w:sz w:val="24"/>
        </w:rPr>
        <w:t>XII.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Debtor and Creditor relating to its subject matter, including any attachments or addendums. This Agreement replaces all previous discussions, understandings, and oral agreements.</w:t>
      </w:r>
    </w:p>
    <w:p>
      <w:pPr>
        <w:spacing w:before="0" w:after="0" w:line="240" w:lineRule="auto"/>
      </w:pPr>
    </w:p>
    <w:p>
      <w:pPr>
        <w:spacing w:before="0" w:after="0" w:line="240" w:lineRule="auto"/>
      </w:pPr>
      <w:r>
        <w:rPr>
          <w:rFonts w:ascii="Times New Roman" w:hAnsi="Times New Roman" w:eastAsia="Times New Roman" w:cs="Times New Roman"/>
          <w:sz w:val="24"/>
        </w:rPr>
        <w:t>IN WITNESS WHEREOF, the Parties have executed this Agreement as of the undersigned dates written below.</w:t>
      </w:r>
    </w:p>
    <w:p>
      <w:pPr>
        <w:spacing w:before="0" w:after="0" w:line="240" w:lineRule="auto"/>
      </w:pPr>
    </w:p>
    <w:p>
      <w:pPr>
        <w:spacing w:before="0" w:after="0" w:line="240" w:lineRule="auto"/>
      </w:pPr>
      <w:r>
        <w:rPr>
          <w:rFonts w:ascii="Times New Roman" w:hAnsi="Times New Roman" w:eastAsia="Times New Roman" w:cs="Times New Roman"/>
          <w:b/>
          <w:sz w:val="24"/>
        </w:rPr>
        <w:t>Debtor’s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Co-Signer’s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p>
      <w:pPr>
        <w:spacing w:before="0" w:after="0" w:line="240" w:lineRule="auto"/>
      </w:pPr>
    </w:p>
    <w:p>
      <w:pPr>
        <w:spacing w:before="0" w:after="0" w:line="240" w:lineRule="auto"/>
      </w:pPr>
      <w:r>
        <w:rPr>
          <w:rFonts w:ascii="Times New Roman" w:hAnsi="Times New Roman" w:eastAsia="Times New Roman" w:cs="Times New Roman"/>
          <w:b/>
          <w:sz w:val="24"/>
        </w:rPr>
        <w:t>Creditor’s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Date: </w:t>
      </w:r>
      <w:r>
        <w:rPr>
          <w:rFonts w:ascii="Times New Roman" w:hAnsi="Times New Roman" w:eastAsia="Times New Roman" w:cs="Times New Roman"/>
          <w:sz w:val="24"/>
        </w:rPr>
        <w:t>_________________</w:t>
      </w:r>
    </w:p>
    <w:p>
      <w:pPr>
        <w:spacing w:before="0" w:after="0" w:line="240" w:lineRule="auto"/>
      </w:pPr>
    </w:p>
    <w:p>
      <w:pPr>
        <w:spacing w:before="0" w:after="0" w:line="240" w:lineRule="auto"/>
      </w:pPr>
      <w:r>
        <w:rPr>
          <w:rFonts w:ascii="Times New Roman" w:hAnsi="Times New Roman" w:eastAsia="Times New Roman" w:cs="Times New Roman"/>
          <w:sz w:val="24"/>
        </w:rPr>
        <w:t>Print: 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