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Mortgage Satisfaction Piece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Record and Return to:</w:t>
      </w:r>
    </w:p>
    <w:p>
      <w:pPr>
        <w:keepNext w:val="0"/>
        <w:spacing w:before="200" w:after="0" w:line="260" w:lineRule="exact"/>
        <w:ind w:left="360" w:right="0" w:firstLine="0"/>
        <w:jc w:val="both"/>
      </w:pPr>
      <w:r>
        <w:rPr>
          <w:rFonts w:ascii="Times New Roman" w:hAnsi="Times New Roman" w:eastAsia="Times New Roman" w:cs="Times New Roman"/>
          <w:b w:val="0"/>
          <w:sz w:val="24"/>
        </w:rPr>
        <w:t>[lending institution satisfying mortgage]</w:t>
      </w:r>
    </w:p>
    <w:p>
      <w:pPr>
        <w:keepNext w:val="0"/>
        <w:spacing w:before="60" w:after="0" w:line="260" w:lineRule="exact"/>
        <w:ind w:left="360" w:right="0" w:firstLine="0"/>
        <w:jc w:val="both"/>
      </w:pPr>
      <w:r>
        <w:rPr>
          <w:rFonts w:ascii="Times New Roman" w:hAnsi="Times New Roman" w:eastAsia="Times New Roman" w:cs="Times New Roman"/>
          <w:b w:val="0"/>
          <w:sz w:val="24"/>
        </w:rPr>
        <w:t>[lending institution’s address]</w:t>
      </w:r>
    </w:p>
    <w:p>
      <w:pPr>
        <w:keepNext w:val="0"/>
        <w:spacing w:before="120" w:after="0" w:line="260" w:lineRule="exact"/>
        <w:ind w:left="360" w:right="0" w:firstLine="0"/>
        <w:jc w:val="left"/>
      </w:pPr>
      <w:r>
        <w:rPr>
          <w:rFonts w:ascii="Times New Roman" w:hAnsi="Times New Roman" w:eastAsia="Times New Roman" w:cs="Times New Roman"/>
          <w:b/>
          <w:sz w:val="24"/>
        </w:rPr>
        <w:t>Satisfaction of Mortgage</w:t>
      </w:r>
    </w:p>
    <w:p>
      <w:pPr>
        <w:keepNext w:val="0"/>
        <w:spacing w:before="200" w:after="0" w:line="260" w:lineRule="exact"/>
        <w:ind w:left="720" w:right="0" w:firstLine="0"/>
        <w:jc w:val="both"/>
      </w:pPr>
      <w:r>
        <w:rPr>
          <w:rFonts w:ascii="Times New Roman" w:hAnsi="Times New Roman" w:eastAsia="Times New Roman" w:cs="Times New Roman"/>
          <w:b w:val="0"/>
          <w:sz w:val="24"/>
        </w:rPr>
        <w:t>Made this [date]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Name of Mortgagor: [borrower].</w:t>
      </w:r>
    </w:p>
    <w:p>
      <w:pPr>
        <w:keepNext w:val="0"/>
        <w:spacing w:before="200" w:after="0" w:line="260" w:lineRule="exact"/>
        <w:ind w:left="720" w:right="0" w:firstLine="0"/>
        <w:jc w:val="both"/>
      </w:pPr>
      <w:r>
        <w:rPr>
          <w:rFonts w:ascii="Times New Roman" w:hAnsi="Times New Roman" w:eastAsia="Times New Roman" w:cs="Times New Roman"/>
          <w:b w:val="0"/>
          <w:sz w:val="24"/>
        </w:rPr>
        <w:t>Name of Mortgagee: [lending institution, state of formation, entity type, and lending institution’s address].</w:t>
      </w:r>
    </w:p>
    <w:p>
      <w:pPr>
        <w:keepNext w:val="0"/>
        <w:spacing w:before="200" w:after="0" w:line="260" w:lineRule="exact"/>
        <w:ind w:left="720" w:right="0" w:firstLine="0"/>
        <w:jc w:val="both"/>
      </w:pPr>
      <w:r>
        <w:rPr>
          <w:rFonts w:ascii="Times New Roman" w:hAnsi="Times New Roman" w:eastAsia="Times New Roman" w:cs="Times New Roman"/>
          <w:b w:val="0"/>
          <w:sz w:val="24"/>
        </w:rPr>
        <w:t>Name of Last Assignee: [last assignee, if applicable].</w:t>
      </w:r>
    </w:p>
    <w:p>
      <w:pPr>
        <w:keepNext w:val="0"/>
        <w:spacing w:before="200" w:after="0" w:line="260" w:lineRule="exact"/>
        <w:ind w:left="720" w:right="0" w:firstLine="0"/>
        <w:jc w:val="both"/>
      </w:pPr>
      <w:r>
        <w:rPr>
          <w:rFonts w:ascii="Times New Roman" w:hAnsi="Times New Roman" w:eastAsia="Times New Roman" w:cs="Times New Roman"/>
          <w:b w:val="0"/>
          <w:sz w:val="24"/>
        </w:rPr>
        <w:t>Date of Mortgage: [date original mortgage was executed].</w:t>
      </w:r>
    </w:p>
    <w:p>
      <w:pPr>
        <w:keepNext w:val="0"/>
        <w:spacing w:before="200" w:after="0" w:line="260" w:lineRule="exact"/>
        <w:ind w:left="720" w:right="0" w:firstLine="0"/>
        <w:jc w:val="both"/>
      </w:pPr>
      <w:r>
        <w:rPr>
          <w:rFonts w:ascii="Times New Roman" w:hAnsi="Times New Roman" w:eastAsia="Times New Roman" w:cs="Times New Roman"/>
          <w:b w:val="0"/>
          <w:sz w:val="24"/>
        </w:rPr>
        <w:t>Original Mortgage Debt: [original amount of mortgage indebtedness].</w:t>
      </w:r>
    </w:p>
    <w:p>
      <w:pPr>
        <w:keepNext w:val="0"/>
        <w:spacing w:before="200" w:after="0" w:line="260" w:lineRule="exact"/>
        <w:ind w:left="720" w:right="0" w:firstLine="0"/>
        <w:jc w:val="both"/>
      </w:pPr>
      <w:r>
        <w:rPr>
          <w:rFonts w:ascii="Times New Roman" w:hAnsi="Times New Roman" w:eastAsia="Times New Roman" w:cs="Times New Roman"/>
          <w:b w:val="0"/>
          <w:sz w:val="24"/>
        </w:rPr>
        <w:t>Mortgage Recorded on [recording date of original mortgage], in the Office of the Recorder of Deeds of [county where original mortgage was recorded] County, Pennsylvania, in [record book and page number or instrument number of original mortgage].</w:t>
      </w:r>
    </w:p>
    <w:p>
      <w:pPr>
        <w:keepNext w:val="0"/>
        <w:spacing w:before="200" w:after="0" w:line="260" w:lineRule="exact"/>
        <w:ind w:left="720" w:right="0" w:firstLine="0"/>
        <w:jc w:val="both"/>
      </w:pPr>
      <w:r>
        <w:rPr>
          <w:rFonts w:ascii="Times New Roman" w:hAnsi="Times New Roman" w:eastAsia="Times New Roman" w:cs="Times New Roman"/>
          <w:b w:val="0"/>
          <w:sz w:val="24"/>
        </w:rPr>
        <w:t>Brief Description or Statement of Location of Mortgaged Premises: [address of mortgaged property along with the tax identification number].</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hereby certifies that the debt secured by the above-mentioned Mortgage has been fully paid or otherwise discharged and that upon the recording hereof said Mortgage shall be and is hereby fully and forever satisfied and discharged.</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hereby authorizes and empowers the recorder of said county to enter this satisfaction piece and to cause said Mortgage to be satisfied of record.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Witness the due execution hereof with the intent to be legally bound.</w:t>
      </w:r>
    </w:p>
    <w:p>
      <w:pPr>
        <w:keepNext w:val="0"/>
        <w:spacing w:before="120" w:after="0" w:line="260" w:lineRule="exact"/>
        <w:ind w:left="360" w:right="0" w:firstLine="0"/>
        <w:jc w:val="left"/>
      </w:pPr>
      <w:r>
        <w:rPr>
          <w:rFonts w:ascii="Times New Roman" w:hAnsi="Times New Roman" w:eastAsia="Times New Roman" w:cs="Times New Roman"/>
          <w:b w:val="0"/>
          <w:sz w:val="24"/>
        </w:rPr>
        <w:t>[lending institution]:</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the [date] day of [month] in the year [year], before me, the undersigned officer, personally appeared [individual signing the mortgage satisfaction], who is acknowledged to be the [title],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and that as such [title], personally known to me or proved to me on the basis of satisfactory evidence to be the individual whose name is subscribed to the within instrument and acknowledged to me that they executed the same in their capacity and that by their signature on the instrument, the individual, or the person upon behalf of which the individual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