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[PLAINTIFF/DEFENDANT] [NAME]'S MOTION [RELIEF SOUGHT, E.G., "FOR SUMMARY JUDGMENT"]</w:t>
      </w:r>
    </w:p>
    <w:p>
      <w:pPr>
        <w:keepNext w:val="0"/>
        <w:spacing w:before="120" w:after="0" w:line="260" w:lineRule="exact"/>
        <w:ind w:left="720" w:right="0" w:firstLine="0"/>
        <w:jc w:val="left"/>
      </w:pPr>
      <w:r>
        <w:rPr>
          <w:rFonts w:ascii="Times New Roman" w:hAnsi="Times New Roman" w:eastAsia="Times New Roman" w:cs="Times New Roman"/>
          <w:b/>
          <w:sz w:val="24"/>
        </w:rPr>
        <w:t>TABLE OF CONTENTS</w:t>
      </w:r>
    </w:p>
    <w:p>
      <w:pPr>
        <w:keepNext w:val="0"/>
        <w:spacing w:before="200" w:after="0" w:line="260" w:lineRule="exact"/>
        <w:ind w:left="1080" w:right="0" w:firstLine="0"/>
        <w:jc w:val="both"/>
      </w:pPr>
      <w:r>
        <w:rPr>
          <w:rFonts w:ascii="Times New Roman" w:hAnsi="Times New Roman" w:eastAsia="Times New Roman" w:cs="Times New Roman"/>
          <w:b w:val="0"/>
          <w:sz w:val="24"/>
        </w:rPr>
        <w:t>Preliminary Statement…………………………………………………………………...[page no.]</w:t>
      </w:r>
    </w:p>
    <w:p>
      <w:pPr>
        <w:keepNext w:val="0"/>
        <w:spacing w:before="200" w:after="0" w:line="260" w:lineRule="exact"/>
        <w:ind w:left="1080" w:right="0" w:firstLine="0"/>
        <w:jc w:val="both"/>
      </w:pPr>
      <w:r>
        <w:rPr>
          <w:rFonts w:ascii="Times New Roman" w:hAnsi="Times New Roman" w:eastAsia="Times New Roman" w:cs="Times New Roman"/>
          <w:b w:val="0"/>
          <w:sz w:val="24"/>
        </w:rPr>
        <w:t>Statement of Facts………………………………………………………………………..[page no.]</w:t>
      </w:r>
    </w:p>
    <w:p>
      <w:pPr>
        <w:keepNext w:val="0"/>
        <w:spacing w:before="200" w:after="0" w:line="260" w:lineRule="exact"/>
        <w:ind w:left="1080" w:right="0" w:firstLine="0"/>
        <w:jc w:val="both"/>
      </w:pPr>
      <w:r>
        <w:rPr>
          <w:rFonts w:ascii="Times New Roman" w:hAnsi="Times New Roman" w:eastAsia="Times New Roman" w:cs="Times New Roman"/>
          <w:b w:val="0"/>
          <w:sz w:val="24"/>
        </w:rPr>
        <w:t>Legal Argument………………………………………………………………………….[page no.]</w:t>
      </w:r>
    </w:p>
    <w:p>
      <w:pPr>
        <w:keepNext w:val="0"/>
        <w:spacing w:before="200" w:after="0" w:line="260" w:lineRule="exact"/>
        <w:ind w:left="1080" w:right="0" w:firstLine="0"/>
        <w:jc w:val="both"/>
      </w:pPr>
      <w:r>
        <w:rPr>
          <w:rFonts w:ascii="Times New Roman" w:hAnsi="Times New Roman" w:eastAsia="Times New Roman" w:cs="Times New Roman"/>
          <w:b w:val="0"/>
          <w:sz w:val="24"/>
        </w:rPr>
        <w:t>[Subheading: Strongest argument]………………………………………………………[page no.]</w:t>
      </w:r>
    </w:p>
    <w:p>
      <w:pPr>
        <w:keepNext w:val="0"/>
        <w:spacing w:before="200" w:after="0" w:line="260" w:lineRule="exact"/>
        <w:ind w:left="1080" w:right="0" w:firstLine="0"/>
        <w:jc w:val="both"/>
      </w:pPr>
      <w:r>
        <w:rPr>
          <w:rFonts w:ascii="Times New Roman" w:hAnsi="Times New Roman" w:eastAsia="Times New Roman" w:cs="Times New Roman"/>
          <w:b w:val="0"/>
          <w:sz w:val="24"/>
        </w:rPr>
        <w:t>[Subheading: Next strongest argument] ……………………………………………….. [page no.]</w:t>
      </w:r>
    </w:p>
    <w:p>
      <w:pPr/>
    </w:p>
    <w:p>
      <w:pPr>
        <w:keepNext w:val="0"/>
        <w:spacing w:before="120" w:after="0" w:line="260" w:lineRule="exact"/>
        <w:ind w:left="360" w:right="0" w:firstLine="0"/>
        <w:jc w:val="left"/>
      </w:pPr>
      <w:r>
        <w:rPr>
          <w:rFonts w:ascii="Times New Roman" w:hAnsi="Times New Roman" w:eastAsia="Times New Roman" w:cs="Times New Roman"/>
          <w:b/>
          <w:sz w:val="24"/>
        </w:rPr>
        <w:t>TABLE OF AUTHORITIES</w:t>
      </w:r>
    </w:p>
    <w:p>
      <w:pPr>
        <w:keepNext w:val="0"/>
        <w:spacing w:before="200" w:after="0" w:line="260" w:lineRule="exact"/>
        <w:ind w:left="720" w:right="0" w:firstLine="0"/>
        <w:jc w:val="both"/>
      </w:pPr>
      <w:r>
        <w:rPr>
          <w:rFonts w:ascii="Times New Roman" w:hAnsi="Times New Roman" w:eastAsia="Times New Roman" w:cs="Times New Roman"/>
          <w:b/>
          <w:sz w:val="24"/>
        </w:rPr>
        <w:t>Cases</w:t>
      </w:r>
    </w:p>
    <w:p>
      <w:pPr>
        <w:keepNext w:val="0"/>
        <w:spacing w:before="200" w:after="0" w:line="260" w:lineRule="exact"/>
        <w:ind w:left="720" w:right="0" w:firstLine="0"/>
        <w:jc w:val="both"/>
      </w:pPr>
      <w:r>
        <w:rPr>
          <w:rFonts w:ascii="Times New Roman" w:hAnsi="Times New Roman" w:eastAsia="Times New Roman" w:cs="Times New Roman"/>
          <w:b w:val="0"/>
          <w:sz w:val="24"/>
        </w:rPr>
        <w:t>[Case name and citation]………………………………………………………………...[page no.]</w:t>
      </w:r>
    </w:p>
    <w:p>
      <w:pPr>
        <w:keepNext w:val="0"/>
        <w:spacing w:before="200" w:after="0" w:line="260" w:lineRule="exact"/>
        <w:ind w:left="720" w:right="0" w:firstLine="0"/>
        <w:jc w:val="both"/>
      </w:pPr>
      <w:r>
        <w:rPr>
          <w:rFonts w:ascii="Times New Roman" w:hAnsi="Times New Roman" w:eastAsia="Times New Roman" w:cs="Times New Roman"/>
          <w:b/>
          <w:sz w:val="24"/>
        </w:rPr>
        <w:t>Statutes</w:t>
      </w:r>
    </w:p>
    <w:p>
      <w:pPr>
        <w:keepNext w:val="0"/>
        <w:spacing w:before="200" w:after="0" w:line="260" w:lineRule="exact"/>
        <w:ind w:left="720" w:right="0" w:firstLine="0"/>
        <w:jc w:val="both"/>
      </w:pPr>
      <w:r>
        <w:rPr>
          <w:rFonts w:ascii="Times New Roman" w:hAnsi="Times New Roman" w:eastAsia="Times New Roman" w:cs="Times New Roman"/>
          <w:b w:val="0"/>
          <w:sz w:val="24"/>
        </w:rPr>
        <w:t>[Statute citation]………………………………………………………………………….[page no.]</w:t>
      </w:r>
    </w:p>
    <w:p>
      <w:pPr>
        <w:keepNext w:val="0"/>
        <w:spacing w:before="200" w:after="0" w:line="260" w:lineRule="exact"/>
        <w:ind w:left="720" w:right="0" w:firstLine="0"/>
        <w:jc w:val="both"/>
      </w:pPr>
      <w:r>
        <w:rPr>
          <w:rFonts w:ascii="Times New Roman" w:hAnsi="Times New Roman" w:eastAsia="Times New Roman" w:cs="Times New Roman"/>
          <w:b/>
          <w:sz w:val="24"/>
        </w:rPr>
        <w:t>Regulations</w:t>
      </w:r>
    </w:p>
    <w:p>
      <w:pPr>
        <w:keepNext w:val="0"/>
        <w:spacing w:before="200" w:after="0" w:line="260" w:lineRule="exact"/>
        <w:ind w:left="720" w:right="0" w:firstLine="0"/>
        <w:jc w:val="both"/>
      </w:pPr>
      <w:r>
        <w:rPr>
          <w:rFonts w:ascii="Times New Roman" w:hAnsi="Times New Roman" w:eastAsia="Times New Roman" w:cs="Times New Roman"/>
          <w:b w:val="0"/>
          <w:sz w:val="24"/>
        </w:rPr>
        <w:t>[Regulation citation]……………………………………………………………………. [page no.]</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[Plaintiff/Defendant] [name], through [his/her/its] attorneys, under [legal basis for motion,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moves for [short description of the motion and requested relief, such as "summary judgment dismissing Plaintiff's claims in their entirety"]. In support of its motion, [Plaintiff/Defendant] states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200" w:after="0" w:line="260" w:lineRule="exact"/>
        <w:ind w:left="1080" w:right="0" w:firstLine="0"/>
        <w:jc w:val="both"/>
      </w:pPr>
      <w:r>
        <w:rPr>
          <w:rFonts w:ascii="Times New Roman" w:hAnsi="Times New Roman" w:eastAsia="Times New Roman" w:cs="Times New Roman"/>
          <w:b w:val="0"/>
          <w:sz w:val="24"/>
        </w:rPr>
        <w:t>[concise summary of factual and legal points justifying relief sought in successive paragraphs].</w:t>
      </w:r>
    </w:p>
    <w:p>
      <w:pPr>
        <w:keepNext w:val="0"/>
        <w:spacing w:before="120" w:after="0" w:line="260" w:lineRule="exact"/>
        <w:ind w:left="720" w:right="0" w:firstLine="0"/>
        <w:jc w:val="left"/>
      </w:pPr>
      <w:r>
        <w:rPr>
          <w:rFonts w:ascii="Times New Roman" w:hAnsi="Times New Roman" w:eastAsia="Times New Roman" w:cs="Times New Roman"/>
          <w:b/>
          <w:sz w:val="24"/>
        </w:rPr>
        <w:t>STATEMENT OF FACTS</w:t>
      </w:r>
    </w:p>
    <w:p>
      <w:pPr>
        <w:keepNext w:val="0"/>
        <w:spacing w:before="200" w:after="0" w:line="260" w:lineRule="exact"/>
        <w:ind w:left="1080" w:right="0" w:firstLine="0"/>
        <w:jc w:val="both"/>
      </w:pPr>
      <w:r>
        <w:rPr>
          <w:rFonts w:ascii="Times New Roman" w:hAnsi="Times New Roman" w:eastAsia="Times New Roman" w:cs="Times New Roman"/>
          <w:b w:val="0"/>
          <w:sz w:val="24"/>
        </w:rPr>
        <w:t>[relevant facts supporting your legal claim for relief in successive paragraphs.]</w:t>
      </w:r>
    </w:p>
    <w:p>
      <w:pPr>
        <w:keepNext w:val="0"/>
        <w:spacing w:before="120" w:after="0" w:line="260" w:lineRule="exact"/>
        <w:ind w:left="720" w:right="0" w:firstLine="0"/>
        <w:jc w:val="left"/>
      </w:pPr>
      <w:r>
        <w:rPr>
          <w:rFonts w:ascii="Times New Roman" w:hAnsi="Times New Roman" w:eastAsia="Times New Roman" w:cs="Times New Roman"/>
          <w:b/>
          <w:sz w:val="24"/>
        </w:rPr>
        <w:t>LEGAL ARGUMENT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[Introduce the applicable law in successive paragraphs, e.g., "Under C.R.C.P. 56,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entitled to summary judgment where . .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overview of why the court should grant your relief. This section may look much like the preliminary statement, with each separate argument identified for the court's convenience. Your subheadings should generally track each argument you list.]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[Strongest Argument, e.g., "Plaintiff's Complaint Is Barred by the Statute of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[Apply the applicable law to the facts presented in successive paragraphs, incorporating any case law or other authority that supports your claim for relief.]</w:t>
      </w:r>
    </w:p>
    <w:p>
      <w:pPr>
        <w:keepNext w:val="0"/>
        <w:spacing w:before="200" w:after="0" w:line="260" w:lineRule="exact"/>
        <w:ind w:left="1800" w:right="0" w:firstLine="0"/>
        <w:jc w:val="both"/>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claim for relief.]</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[Next Strongest Argument, e.g., "Plaintiff's Claim Cannot Be Equitably Tolled."]</w:t>
      </w:r>
    </w:p>
    <w:p>
      <w:pPr>
        <w:keepNext w:val="0"/>
        <w:spacing w:before="200" w:after="0" w:line="260" w:lineRule="exact"/>
        <w:ind w:left="1800" w:right="0" w:firstLine="0"/>
        <w:jc w:val="both"/>
      </w:pPr>
      <w:r>
        <w:rPr>
          <w:rFonts w:ascii="Times New Roman" w:hAnsi="Times New Roman" w:eastAsia="Times New Roman" w:cs="Times New Roman"/>
          <w:b w:val="0"/>
          <w:sz w:val="24"/>
        </w:rPr>
        <w:t>[Apply the applicable law to the facts presented in successive paragraphs, incorporating any case law or other authority that supports your claim for relief.]</w:t>
      </w:r>
    </w:p>
    <w:p>
      <w:pPr>
        <w:keepNext w:val="0"/>
        <w:spacing w:before="200" w:after="0" w:line="260" w:lineRule="exact"/>
        <w:ind w:left="1800" w:right="0" w:firstLine="0"/>
        <w:jc w:val="both"/>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claim for relief.]</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val="0"/>
          <w:sz w:val="24"/>
        </w:rPr>
        <w:t>For the foregoing reasons, [Plaintiff/Defendant] [name] respectfully requests that this Court [grant specific relief sought, such as "dismiss Plaintiff's complaint under C.R.C.P. 56"] and grant any such other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p>
    <w:p>
      <w:pPr>
        <w:keepNext w:val="0"/>
        <w:spacing w:before="200" w:after="0" w:line="260" w:lineRule="exact"/>
        <w:ind w:left="360" w:right="0" w:firstLine="0"/>
        <w:jc w:val="center"/>
      </w:pPr>
      <w:r>
        <w:rPr>
          <w:rFonts w:ascii="Times New Roman" w:hAnsi="Times New Roman" w:eastAsia="Times New Roman" w:cs="Times New Roman"/>
          <w:b/>
          <w:sz w:val="24"/>
        </w:rPr>
        <w:t>EXHIBIT [number or letter]</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[Plaintiff/Defendant] [name]'s Motion [Relief Sought, e.g., "for Summary Judgment"]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