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/>
    </w:p>
    <w:p>
      <w:pPr/>
    </w:p>
    <w:p>
      <w:pPr>
        <w:keepNext w:val="0"/>
        <w:spacing w:after="200" w:line="340" w:lineRule="exact"/>
        <w:ind w:left="0" w:right="0" w:firstLine="0"/>
        <w:jc w:val="center"/>
      </w:pPr>
      <w:r>
        <w:rPr>
          <w:rFonts w:ascii="Times New Roman" w:hAnsi="Times New Roman" w:eastAsia="Times New Roman" w:cs="Times New Roman"/>
          <w:b/>
          <w:sz w:val="24"/>
        </w:rPr>
        <w:t xml:space="preserve">Motion </w:t>
      </w:r>
    </w:p>
    <w:p>
      <w:pPr>
        <w:keepNext w:val="0"/>
        <w:spacing w:after="0" w:line="240" w:lineRule="exact"/>
        <w:ind w:right="0"/>
        <w:jc w:val="both"/>
      </w:pPr>
    </w:p>
    <w:p>
      <w:pPr>
        <w:spacing w:line="100" w:lineRule="exact"/>
      </w:pP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[Moving Party's Designation, e.g., Defendant] [Party Name] moves this Court for </w:t>
      </w:r>
      <w:r>
        <w:rPr>
          <w:rFonts w:ascii="Times New Roman" w:hAnsi="Times New Roman" w:eastAsia="Times New Roman" w:cs="Times New Roman"/>
          <w:b/>
          <w:sz w:val="24"/>
        </w:rPr>
        <w:t>an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Order [the relief sought and any particular legal basis for the relief, e.g., pursuant to Minn. R. Civ. P. 12.02(e), dismissing the Amended Complaint with prejudice for failure to state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claim upon which relief can be granted.]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This motion is based on [listing of important motion documents, e.g., the Amended Complaint, including its attachments, and the Memorandum in Support of Motion to Dismiss which is submitted herewith, together with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proposed Order].</w:t>
      </w:r>
    </w:p>
    <w:p>
      <w:pPr/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Dated: [date]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By: ____________________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[Attorney Name] [attorney registration number]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[Secondary attorney name, if applicable] [attorney registration number]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[Firm name, if any]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[Address]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[Phone number]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[Email address]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[Secondary attorney email address]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ATTORNEY FOR [MOVANT]</w:t>
      </w:r>
    </w:p>
    <w:p>
      <w:pPr/>
    </w:p>
    <w:p>
      <w:pPr>
        <w:keepNext w:val="0"/>
        <w:spacing w:before="200" w:after="0" w:line="260" w:lineRule="exact"/>
        <w:ind w:left="360" w:right="0" w:firstLine="0"/>
        <w:jc w:val="center"/>
      </w:pPr>
      <w:r>
        <w:rPr>
          <w:rFonts w:ascii="Times New Roman" w:hAnsi="Times New Roman" w:eastAsia="Times New Roman" w:cs="Times New Roman"/>
          <w:b/>
          <w:sz w:val="24"/>
        </w:rPr>
        <w:t>ACKNOWLEDGEMENT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The undersigned acknowledges that sanctions may be imposed under this section.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By: ____________________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[Attorney Name] [attorney registration number]</w:t>
      </w:r>
    </w:p>
    <w:p>
      <w:pPr/>
    </w:p>
    <w:p>
      <w:pPr>
        <w:keepNext w:val="0"/>
        <w:spacing w:before="200" w:after="0" w:line="260" w:lineRule="exact"/>
        <w:ind w:left="360" w:right="0" w:firstLine="0"/>
        <w:jc w:val="center"/>
      </w:pPr>
      <w:r>
        <w:rPr>
          <w:rFonts w:ascii="Times New Roman" w:hAnsi="Times New Roman" w:eastAsia="Times New Roman" w:cs="Times New Roman"/>
          <w:b/>
          <w:sz w:val="24"/>
        </w:rPr>
        <w:t>CERTIFICATE OF SERVICE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I hereby certify that on [date],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copy of the foregoing Plaintiff/Defendant [party name]'s Motion was served on the following parties by [form of service]: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[Counsel’s name]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[Firm name]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[Address]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Attorney for [party designation and name]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[Counsel’s name]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[Firm name]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[Address]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Attorney for [party designation and name]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____________________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[Name of server]</w:t>
      </w:r>
    </w:p>
    <w:p>
      <w:pPr/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