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Class Certification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MOTION AND MOTION FOR CLASS CERTIFICATION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Defendant(s) [defendant name(s)] and to [his / her / its / their] attorney(s) of record: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that, on [scheduled hearing date], at [scheduled hearing time], or as soon thereafter as the matter may be heard, in Department [department number] of this court, located at [court street address and city], California, pursuant to California Code of Civil Procedure Section [382 and/or 1781], Plaintiff [plaintiff name] will, and hereby does, move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certifying the following class: [specifically describe class and any subclasses]. The motion will be made on the grounds that [briefly state how the requirements for certification are satisfied].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Plaintiff(s) [plaintiff name(s)] will further move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appointing [him / her / it / them] as class representatives and appointing [law firm or attorney name] as class counsel.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motion will be based on this notice of motion and motion; the declaration(s) of [declarant name(s)], [if applicable: the request for judicial notice and supporting declaration,] and the supporting memorandum served and filed with this motion; [if applicable, identify specific records in the case file on which the motion relies;] and on such evidence as may be presented at the hearing of the motion.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Plaintiff(s) [plaintiff name(s)]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Serve with supporting memorandum and declarations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