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Leave to File Amended Pleading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[attorney name]</w:t>
      </w:r>
    </w:p>
    <w:p>
      <w:pPr>
        <w:keepNext w:val="0"/>
        <w:spacing w:before="200" w:after="0" w:line="260" w:lineRule="exact"/>
        <w:ind w:left="360" w:right="0" w:firstLine="0"/>
        <w:jc w:val="both"/>
      </w:pPr>
      <w:r>
        <w:rPr>
          <w:rFonts w:ascii="Times New Roman" w:hAnsi="Times New Roman" w:eastAsia="Times New Roman" w:cs="Times New Roman"/>
          <w:b w:val="0"/>
          <w:sz w:val="24"/>
        </w:rPr>
        <w:t>[attorney address]</w:t>
      </w:r>
    </w:p>
    <w:p>
      <w:pPr>
        <w:keepNext w:val="0"/>
        <w:spacing w:before="200" w:after="0" w:line="260" w:lineRule="exact"/>
        <w:ind w:left="360" w:right="0" w:firstLine="0"/>
        <w:jc w:val="both"/>
      </w:pPr>
      <w:r>
        <w:rPr>
          <w:rFonts w:ascii="Times New Roman" w:hAnsi="Times New Roman" w:eastAsia="Times New Roman" w:cs="Times New Roman"/>
          <w:b w:val="0"/>
          <w:sz w:val="24"/>
        </w:rPr>
        <w:t>[attorney telephone number]</w:t>
      </w:r>
    </w:p>
    <w:p>
      <w:pPr>
        <w:keepNext w:val="0"/>
        <w:spacing w:before="200" w:after="0" w:line="260" w:lineRule="exact"/>
        <w:ind w:left="360" w:right="0" w:firstLine="0"/>
        <w:jc w:val="both"/>
      </w:pPr>
      <w:r>
        <w:rPr>
          <w:rFonts w:ascii="Times New Roman" w:hAnsi="Times New Roman" w:eastAsia="Times New Roman" w:cs="Times New Roman"/>
          <w:b w:val="0"/>
          <w:sz w:val="24"/>
        </w:rPr>
        <w:t>[attorney fax number, if any]</w:t>
      </w:r>
    </w:p>
    <w:p>
      <w:pPr>
        <w:keepNext w:val="0"/>
        <w:spacing w:before="200" w:after="0" w:line="260" w:lineRule="exact"/>
        <w:ind w:left="360" w:right="0" w:firstLine="0"/>
        <w:jc w:val="both"/>
      </w:pPr>
      <w:r>
        <w:rPr>
          <w:rFonts w:ascii="Times New Roman" w:hAnsi="Times New Roman" w:eastAsia="Times New Roman" w:cs="Times New Roman"/>
          <w:b w:val="0"/>
          <w:sz w:val="24"/>
        </w:rPr>
        <w:t>[attorney email address]</w:t>
      </w:r>
    </w:p>
    <w:p>
      <w:pPr>
        <w:keepNext w:val="0"/>
        <w:spacing w:before="200" w:after="0" w:line="260" w:lineRule="exact"/>
        <w:ind w:left="360" w:right="0" w:firstLine="0"/>
        <w:jc w:val="both"/>
      </w:pPr>
      <w:r>
        <w:rPr>
          <w:rFonts w:ascii="Times New Roman" w:hAnsi="Times New Roman" w:eastAsia="Times New Roman" w:cs="Times New Roman"/>
          <w:b w:val="0"/>
          <w:sz w:val="24"/>
        </w:rPr>
        <w:t>State Bar # [attorney State Bar membership number]</w:t>
      </w:r>
    </w:p>
    <w:p>
      <w:pPr>
        <w:keepNext w:val="0"/>
        <w:spacing w:before="200" w:after="0" w:line="260" w:lineRule="exact"/>
        <w:ind w:left="360" w:right="0" w:firstLine="0"/>
        <w:jc w:val="both"/>
      </w:pPr>
      <w:r>
        <w:rPr>
          <w:rFonts w:ascii="Times New Roman" w:hAnsi="Times New Roman" w:eastAsia="Times New Roman" w:cs="Times New Roman"/>
          <w:b w:val="0"/>
          <w:sz w:val="24"/>
        </w:rPr>
        <w:t>Attorney for [party designation, e.g., Plaintiff] [party name]</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SUPERIOR COURT OF THE STATE OF CALIFORNIA </w:t>
      </w:r>
    </w:p>
    <w:p>
      <w:pPr>
        <w:keepNext w:val="0"/>
        <w:spacing w:before="200" w:after="0" w:line="260" w:lineRule="exact"/>
        <w:ind w:left="360" w:right="0" w:firstLine="0"/>
        <w:jc w:val="center"/>
      </w:pPr>
      <w:r>
        <w:rPr>
          <w:rFonts w:ascii="Times New Roman" w:hAnsi="Times New Roman" w:eastAsia="Times New Roman" w:cs="Times New Roman"/>
          <w:b w:val="0"/>
          <w:sz w:val="24"/>
        </w:rPr>
        <w:t>FOR THE COUNTY OF [county name]</w:t>
      </w:r>
    </w:p>
    <w:p>
      <w:pPr>
        <w:keepNext w:val="0"/>
        <w:spacing w:before="200" w:after="0" w:line="260" w:lineRule="exact"/>
        <w:ind w:left="360" w:right="0" w:firstLine="0"/>
        <w:jc w:val="both"/>
      </w:pPr>
      <w:r>
        <w:rPr>
          <w:rFonts w:ascii="Times New Roman" w:hAnsi="Times New Roman" w:eastAsia="Times New Roman" w:cs="Times New Roman"/>
          <w:b w:val="0"/>
          <w:sz w:val="24"/>
        </w:rPr>
        <w:t>To [opposing party designation, e.g., Defendant(s)] [opposing party name(s)] and to [his / her / its / their] attorney(s) of record:</w:t>
      </w:r>
    </w:p>
    <w:p>
      <w:pPr>
        <w:keepNext w:val="0"/>
        <w:spacing w:before="200" w:after="0" w:line="260" w:lineRule="exact"/>
        <w:ind w:left="360" w:right="0" w:firstLine="0"/>
        <w:jc w:val="both"/>
      </w:pPr>
      <w:r>
        <w:rPr>
          <w:rFonts w:ascii="Times New Roman" w:hAnsi="Times New Roman" w:eastAsia="Times New Roman" w:cs="Times New Roman"/>
          <w:b w:val="0"/>
          <w:sz w:val="24"/>
        </w:rPr>
        <w:t>NOTICE IS HEREBY GIVEN that on [hearing date], at [hearing time], or as soon thereafter as the matter may be heard, in Department [department number] of this court, located at [street address], [city name], California, [moving party designation, e.g., Plaintiff] [moving party name] will, and hereby does, move under California Code of Civil Procedure Sections 473(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)(1) and 576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granting [moving party designation, e.g., Plaintiff] leave to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[number, e.g., First] Amended [specify pleading to be amended, e.g., Complaint],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served and filed with this notice of motion. The motion will be made on the ground that the proposed amendments are in furtherance of justice in that [briefly specify reasons for proposed amendments].</w:t>
      </w:r>
    </w:p>
    <w:p>
      <w:pPr>
        <w:keepNext w:val="0"/>
        <w:spacing w:before="200" w:after="0" w:line="260" w:lineRule="exact"/>
        <w:ind w:left="360" w:right="0" w:firstLine="0"/>
        <w:jc w:val="both"/>
      </w:pPr>
      <w:r>
        <w:rPr>
          <w:rFonts w:ascii="Times New Roman" w:hAnsi="Times New Roman" w:eastAsia="Times New Roman" w:cs="Times New Roman"/>
          <w:b w:val="0"/>
          <w:sz w:val="24"/>
        </w:rPr>
        <w:t>The proposed amendments are as follows: [state the page, paragraph, line number, and wording of each proposed amendment].</w:t>
      </w:r>
    </w:p>
    <w:p>
      <w:pPr>
        <w:keepNext w:val="0"/>
        <w:spacing w:before="200" w:after="0" w:line="260" w:lineRule="exact"/>
        <w:ind w:left="360" w:right="0" w:firstLine="0"/>
        <w:jc w:val="both"/>
      </w:pPr>
      <w:r>
        <w:rPr>
          <w:rFonts w:ascii="Times New Roman" w:hAnsi="Times New Roman" w:eastAsia="Times New Roman" w:cs="Times New Roman"/>
          <w:b w:val="0"/>
          <w:sz w:val="24"/>
        </w:rPr>
        <w:t>The motion will be based on this motion and notice of motion; on the declaration(s) of [declarant name(s)], the memorandum of points and authorities, and the proposed [number, e.g., First] Amended [specify amended pleading, e.g., Complaint] served and filed herewith; on the records on file in this action; and on such evidence as may be presented at the hearing of the motion.</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[moving party designation, e.g., Plaintiff] [party name]</w:t>
      </w:r>
    </w:p>
    <w:p>
      <w:pPr>
        <w:keepNext w:val="0"/>
        <w:spacing w:before="200" w:after="0" w:line="260" w:lineRule="exact"/>
        <w:ind w:left="360" w:right="0" w:firstLine="0"/>
        <w:jc w:val="both"/>
      </w:pPr>
      <w:r>
        <w:rPr>
          <w:rFonts w:ascii="Times New Roman" w:hAnsi="Times New Roman" w:eastAsia="Times New Roman" w:cs="Times New Roman"/>
          <w:b w:val="0"/>
          <w:sz w:val="24"/>
        </w:rPr>
        <w:t>[Memorandum of points and authorities. See Cal. Rules of Ct., Rules 3.1112(</w:t>
      </w:r>
      <w:r>
        <w:rPr>
          <w:rFonts w:ascii="Times New Roman" w:hAnsi="Times New Roman" w:eastAsia="Times New Roman" w:cs="Times New Roman"/>
          <w:b/>
          <w:sz w:val="24"/>
        </w:rPr>
        <w:t>a</w:t>
      </w:r>
      <w:r>
        <w:rPr>
          <w:rFonts w:ascii="Times New Roman" w:hAnsi="Times New Roman" w:eastAsia="Times New Roman" w:cs="Times New Roman"/>
          <w:b w:val="0"/>
          <w:sz w:val="24"/>
        </w:rPr>
        <w:t>)(3), 3.1113.]</w:t>
      </w:r>
    </w:p>
    <w:p>
      <w:pPr/>
    </w:p>
    <w:p>
      <w:pPr>
        <w:keepNext w:val="0"/>
        <w:spacing w:before="120" w:after="0" w:line="260" w:lineRule="exact"/>
        <w:ind w:left="360" w:right="0" w:firstLine="0"/>
        <w:jc w:val="left"/>
      </w:pPr>
      <w:r>
        <w:rPr>
          <w:rFonts w:ascii="Times New Roman" w:hAnsi="Times New Roman" w:eastAsia="Times New Roman" w:cs="Times New Roman"/>
          <w:b/>
          <w:sz w:val="24"/>
        </w:rPr>
        <w:t>SUPPORTING DECLARATION OF [declarant name]</w:t>
      </w:r>
    </w:p>
    <w:p>
      <w:pPr>
        <w:keepNext w:val="0"/>
        <w:spacing w:before="200" w:after="0" w:line="260" w:lineRule="exact"/>
        <w:ind w:left="720" w:right="0" w:firstLine="0"/>
        <w:jc w:val="both"/>
      </w:pPr>
      <w:r>
        <w:rPr>
          <w:rFonts w:ascii="Times New Roman" w:hAnsi="Times New Roman" w:eastAsia="Times New Roman" w:cs="Times New Roman"/>
          <w:b w:val="0"/>
          <w:sz w:val="24"/>
        </w:rPr>
        <w:t>I, [declarant name], declare: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am [identify declarant (e.g., counsel for Plaintiff in the above-entitled action)].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Attached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proposed Amended [pleading (e.g., Complaint)]</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[mailing or delivery date], I sent this proposed pleading to counsel for [opposing party (e.g., Defendant (defendant name))] by [specify manner of delivery, e.g., email] and requested that [Defendant] stipulate to the filing of this amended pleadings. We discussed the matter by phone on [date]. [Opposing party (e.g., Defendant (defendant name))] [did/did not] agree to the filing of this amended pleading.</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[Set forth additional facts as necessary in support of the motion in this and subsequent paragraphs.]</w:t>
      </w: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under the laws of the State of California that the foregoing is true and correct.</w:t>
      </w:r>
    </w:p>
    <w:p>
      <w:pPr>
        <w:keepNext w:val="0"/>
        <w:spacing w:before="120" w:after="0" w:line="260" w:lineRule="exact"/>
        <w:ind w:left="720" w:right="0" w:firstLine="0"/>
        <w:jc w:val="left"/>
      </w:pPr>
      <w:r>
        <w:rPr>
          <w:rFonts w:ascii="Times New Roman" w:hAnsi="Times New Roman" w:eastAsia="Times New Roman" w:cs="Times New Roman"/>
          <w:b w:val="0"/>
          <w:sz w:val="24"/>
        </w:rPr>
        <w:t>[date and location]</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(declarant signature)</w:t>
      </w:r>
    </w:p>
    <w:p>
      <w:pPr>
        <w:keepNext w:val="0"/>
        <w:spacing w:before="120" w:after="0" w:line="260" w:lineRule="exact"/>
        <w:ind w:left="720" w:right="0" w:firstLine="0"/>
        <w:jc w:val="left"/>
      </w:pPr>
      <w:r>
        <w:rPr>
          <w:rFonts w:ascii="Times New Roman" w:hAnsi="Times New Roman" w:eastAsia="Times New Roman" w:cs="Times New Roman"/>
          <w:b w:val="0"/>
          <w:sz w:val="24"/>
        </w:rPr>
        <w:t>[typed name]</w:t>
      </w:r>
    </w:p>
    <w:p>
      <w:pPr>
        <w:keepNext w:val="0"/>
        <w:spacing w:before="120" w:after="0" w:line="260" w:lineRule="exact"/>
        <w:ind w:left="720" w:right="0" w:firstLine="0"/>
        <w:jc w:val="left"/>
      </w:pPr>
      <w:r>
        <w:rPr>
          <w:rFonts w:ascii="Times New Roman" w:hAnsi="Times New Roman" w:eastAsia="Times New Roman" w:cs="Times New Roman"/>
          <w:b w:val="0"/>
          <w:sz w:val="24"/>
        </w:rPr>
        <w:t>[Proposed amended pleading]</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