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Leave to Intervene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[Proposed intervenor name]'S MOTION TO INTERVENE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[Proposed intervenor name] hereby moves the court under Conn. Gen. Stat. §§ 52-102 and 52-107 and Conn. Practice Book §§ 9-18 and 9-22 for permission to intervene in this action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 / defendant].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[Proposed intervenor name] seeks to intervene in this action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matter of right because, as shown by the proposed [Complaint / Answer] in Intervention, which is attached to this motion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and as further explained in the Memorandum of Law accompanying this motion, [proposed intervenor name] has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direct and substantial interest in the subject matter of this action in that [briefly state nature of proposed intervenor's interest]. Disposition of the action in [proposed intervenor name]'s absence will impede [his / her /its] ability to protect that interest because [briefly state how proposed intervenor's interest will be impaired]. [Proposed intervenor name]'s interest is not and cannot be adequately represented by any of the named parties because [briefly state reasons why proposed intervenor's interests are not adequately represented by existing parties]. Furthermore, this motion is timely made because [briefly state why motion is timely].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the alternative, [proposed intervenor name] requests that this court exercise its discretion to permit [proposed intervenor name] to intervene in this action. As shown by the proposed [Complaint / Answer] in Intervention, and as further explained in the accompanying Memorandum of Law, [proposed intervenor name]'s interest in this action, as described above, is significant and is not adequately represented by the existing parties. Permitting [proposed intervenor name] to intervene will not significantly delay the proceedings in this action or prejudice the rights of any existing parties because [briefly explain]. Furthermore, permitting [proposed intervenor name] to intervene in this action will help ensure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complete and just resolution of all the issues in this action and serve the interests of judicial economy because [briefly explain].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 all these reasons, [proposed intervenor name] requests that the court grant this motion and permit [proposed intervenor name] to intervene in this action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 / defendant] and to file and serve the proposed [Complaint / Answer] in Intervention.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[Proposed intervenor 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[attorney typed name]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[proposed intervenor name]'s Motion to Intervene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 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