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Leave to Intervene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MOTION TO INTERVENE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COMES [proposed intervening party name], by and through [his or her or its] attorney, and moves this Court for leave to intervene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or defendant] in this matter pursuant to MCR 2.209 and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[proposed intervening party name] (hereafter referred to as Moving Party) moves this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[him or her or it] leave to intervene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or defendant]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made on the ground that, as shown by the attached brief and affidavit(s), Moving Party claims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subject matter of this action, namely [identify transaction or property that is subject matter of action], and disposition of the action in Moving Party's absence may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practical matter impede Moving Party's ability to protect that interest. Furthermore, Moving Party's interest is not and cannot be adequately represented by any of the named parties, specifically because [identify reasons]. Alternatively, this motion is also based on the further ground that this action and Moving Party's [claims or defenses] have questions of law and fact in common, specifically [identify common issues, e.g., issues pertaining to the ownership of the real property that is the subject of this action]. Furthermore, there will be no undue delay, and neither party would be prejudiced by allowing Moving Party to intervene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MCR 2.209(C)(2),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pleading that Moving Party proposes to file, if permitted to intervene, is attached to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and papers filed in this action, the accompanying affidavit of [affiant name], the attached proposed pleading in intervention, [if applicable add: the attached stipulation of the parties,] the accompanying brief, the court's file and record of this action, and any evidence that may be presented at the hearing on the motion.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Moving Party certifies that [he or she] has [made personal contact with counsel for Plaintiff and Defendant on (date), requesting concurrence in the relief sought by this motion and that concurrence has been denied or made reasonable and diligent attempts to contact counsel requesting concurrence in the relief sought with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for the reasons set forth above, Moving Party respectfully requests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Moving Party leave to intervene in this action as [plaintiff or defendant] and file the attached pleading in intervention and that the court grant Moving Party such further and different relief as may be just and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Date: [date of motion]</w:t>
      </w:r>
    </w:p>
    <w:p>
      <w:pPr>
        <w:keepNext w:val="0"/>
        <w:spacing w:before="120" w:after="0" w:line="260" w:lineRule="exact"/>
        <w:ind w:left="72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Moving Party [proposed intervening party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 state bar number, address, phone number]</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