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for More Definite Statement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STATE OF MICHIGAN</w:t>
      </w:r>
    </w:p>
    <w:p>
      <w:pPr>
        <w:keepNext w:val="0"/>
        <w:spacing w:before="200" w:after="0" w:line="260" w:lineRule="exact"/>
        <w:ind w:left="360" w:right="0" w:firstLine="0"/>
        <w:jc w:val="center"/>
      </w:pPr>
      <w:r>
        <w:rPr>
          <w:rFonts w:ascii="Times New Roman" w:hAnsi="Times New Roman" w:eastAsia="Times New Roman" w:cs="Times New Roman"/>
          <w:b w:val="0"/>
          <w:sz w:val="24"/>
        </w:rPr>
        <w:t>[county name] COUNTY CIRCUIT COURT</w:t>
      </w:r>
    </w:p>
    <w:p>
      <w:pPr>
        <w:keepNext w:val="0"/>
        <w:spacing w:before="120" w:after="0" w:line="260" w:lineRule="exact"/>
        <w:ind w:left="360" w:right="0" w:firstLine="0"/>
        <w:jc w:val="left"/>
      </w:pPr>
      <w:r>
        <w:rPr>
          <w:rFonts w:ascii="Times New Roman" w:hAnsi="Times New Roman" w:eastAsia="Times New Roman" w:cs="Times New Roman"/>
          <w:b w:val="0"/>
          <w:sz w:val="24"/>
        </w:rPr>
        <w:t>DEFENDANT'S MOTION FOR MORE DEFINITE STATEMENT</w:t>
      </w:r>
    </w:p>
    <w:p>
      <w:pPr>
        <w:keepNext w:val="0"/>
        <w:spacing w:before="120" w:after="0" w:line="260" w:lineRule="exact"/>
        <w:ind w:left="720" w:right="0" w:firstLine="240"/>
        <w:jc w:val="left"/>
      </w:pPr>
      <w:r>
        <w:rPr>
          <w:rFonts w:ascii="Times New Roman" w:hAnsi="Times New Roman" w:eastAsia="Times New Roman" w:cs="Times New Roman"/>
          <w:b w:val="0"/>
          <w:sz w:val="24"/>
        </w:rPr>
        <w:t xml:space="preserve">Now Comes Defendant, by and through [his or her or its] attorney, and moves this court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requiring Plaintiff to file and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more definite statement of Plaintiff's claim in this action pursuant to MCR 2.115(</w:t>
      </w:r>
      <w:r>
        <w:rPr>
          <w:rFonts w:ascii="Times New Roman" w:hAnsi="Times New Roman" w:eastAsia="Times New Roman" w:cs="Times New Roman"/>
          <w:b/>
          <w:sz w:val="24"/>
        </w:rPr>
        <w:t>A</w:t>
      </w:r>
      <w:r>
        <w:rPr>
          <w:rFonts w:ascii="Times New Roman" w:hAnsi="Times New Roman" w:eastAsia="Times New Roman" w:cs="Times New Roman"/>
          <w:b w:val="0"/>
          <w:sz w:val="24"/>
        </w:rPr>
        <w:t>) for the following reasons:</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motion is made on the ground that [describe defects in complaint and specify what is needed before defendant can file responsive pleading (e.g., Plaintiff's complaint fails to reasonably inform Defendant of the nature of Plaintiff's claim, because the complaint does not provide specific allegations of any actions taken by Plaintiff to his/her detriment in reliance on any misrepresentation allegedly made by Defendant)].</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allegations and counts do not provide sufficient detail to inform Defendant of the nature of the claims [he or she or it] is called upon to defend.</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motion is based on the pleadings filed in this action, the accompanying affidavit of [affiant name], the accompanying brief, and the Court's file and record of this action.</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WHEREFORE, Defendant requests that the court grant this motion and order Plaintiff to provide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more definite statement of the matters described in Paragraph [paragraph number] of this motion.</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name]</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Defendant [party name]</w:t>
      </w:r>
    </w:p>
    <w:p>
      <w:pPr>
        <w:keepNext w:val="0"/>
        <w:spacing w:before="200" w:after="0" w:line="260" w:lineRule="exact"/>
        <w:ind w:left="360" w:right="0" w:firstLine="0"/>
        <w:jc w:val="center"/>
      </w:pPr>
      <w:r>
        <w:rPr>
          <w:rFonts w:ascii="Times New Roman" w:hAnsi="Times New Roman" w:eastAsia="Times New Roman" w:cs="Times New Roman"/>
          <w:b w:val="0"/>
          <w:sz w:val="24"/>
        </w:rPr>
        <w:t>BRIEF</w:t>
      </w:r>
    </w:p>
    <w:p>
      <w:pPr>
        <w:keepNext w:val="0"/>
        <w:spacing w:before="200" w:after="0" w:line="260" w:lineRule="exact"/>
        <w:ind w:left="720" w:right="0" w:firstLine="0"/>
        <w:jc w:val="center"/>
      </w:pPr>
      <w:r>
        <w:rPr>
          <w:rFonts w:ascii="Times New Roman" w:hAnsi="Times New Roman" w:eastAsia="Times New Roman" w:cs="Times New Roman"/>
          <w:b w:val="0"/>
          <w:sz w:val="24"/>
        </w:rPr>
        <w:t>[Add supporting brief; see MCR 2.119(</w:t>
      </w:r>
      <w:r>
        <w:rPr>
          <w:rFonts w:ascii="Times New Roman" w:hAnsi="Times New Roman" w:eastAsia="Times New Roman" w:cs="Times New Roman"/>
          <w:b/>
          <w:sz w:val="24"/>
        </w:rPr>
        <w:t>A</w:t>
      </w:r>
      <w:r>
        <w:rPr>
          <w:rFonts w:ascii="Times New Roman" w:hAnsi="Times New Roman" w:eastAsia="Times New Roman" w:cs="Times New Roman"/>
          <w:b w:val="0"/>
          <w:sz w:val="24"/>
        </w:rPr>
        <w:t>)(2)]</w:t>
      </w:r>
    </w:p>
    <w:p>
      <w:pPr>
        <w:keepNext w:val="0"/>
        <w:spacing w:before="200" w:after="0" w:line="260" w:lineRule="exact"/>
        <w:ind w:left="720" w:right="0" w:firstLine="0"/>
        <w:jc w:val="center"/>
      </w:pPr>
      <w:r>
        <w:rPr>
          <w:rFonts w:ascii="Times New Roman" w:hAnsi="Times New Roman" w:eastAsia="Times New Roman" w:cs="Times New Roman"/>
          <w:b w:val="0"/>
          <w:sz w:val="24"/>
        </w:rPr>
        <w:t>[Attach supporting affidavit; see MCR 2.119(B)]</w:t>
      </w:r>
    </w:p>
    <w:p>
      <w:pPr>
        <w:keepNext w:val="0"/>
        <w:spacing w:before="200" w:after="0" w:line="260" w:lineRule="exact"/>
        <w:ind w:left="360" w:right="0" w:firstLine="0"/>
        <w:jc w:val="center"/>
      </w:pPr>
      <w:r>
        <w:rPr>
          <w:rFonts w:ascii="Times New Roman" w:hAnsi="Times New Roman" w:eastAsia="Times New Roman" w:cs="Times New Roman"/>
          <w:b w:val="0"/>
          <w:sz w:val="24"/>
        </w:rPr>
        <w:t>NOTICE OF HEARING</w:t>
      </w:r>
    </w:p>
    <w:p>
      <w:pPr>
        <w:keepNext w:val="0"/>
        <w:spacing w:before="200" w:after="0" w:line="260" w:lineRule="exact"/>
        <w:ind w:left="720" w:right="0" w:firstLine="0"/>
        <w:jc w:val="center"/>
      </w:pPr>
      <w:r>
        <w:rPr>
          <w:rFonts w:ascii="Times New Roman" w:hAnsi="Times New Roman" w:eastAsia="Times New Roman" w:cs="Times New Roman"/>
          <w:b w:val="0"/>
          <w:sz w:val="24"/>
        </w:rPr>
        <w:t>[Add notice of hearing; see MCR 2.119(</w:t>
      </w:r>
      <w:r>
        <w:rPr>
          <w:rFonts w:ascii="Times New Roman" w:hAnsi="Times New Roman" w:eastAsia="Times New Roman" w:cs="Times New Roman"/>
          <w:b/>
          <w:sz w:val="24"/>
        </w:rPr>
        <w:t>A</w:t>
      </w:r>
      <w:r>
        <w:rPr>
          <w:rFonts w:ascii="Times New Roman" w:hAnsi="Times New Roman" w:eastAsia="Times New Roman" w:cs="Times New Roman"/>
          <w:b w:val="0"/>
          <w:sz w:val="24"/>
        </w:rPr>
        <w:t>)(3)]</w:t>
      </w:r>
    </w:p>
    <w:p>
      <w:pPr>
        <w:keepNext w:val="0"/>
        <w:spacing w:before="200" w:after="0" w:line="260" w:lineRule="exact"/>
        <w:ind w:left="360" w:right="0" w:firstLine="0"/>
        <w:jc w:val="center"/>
      </w:pPr>
      <w:r>
        <w:rPr>
          <w:rFonts w:ascii="Times New Roman" w:hAnsi="Times New Roman" w:eastAsia="Times New Roman" w:cs="Times New Roman"/>
          <w:b w:val="0"/>
          <w:sz w:val="24"/>
        </w:rPr>
        <w:t>PROOF OF SERVICE</w:t>
      </w:r>
    </w:p>
    <w:p>
      <w:pPr>
        <w:keepNext w:val="0"/>
        <w:spacing w:before="120" w:after="0" w:line="260" w:lineRule="exact"/>
        <w:ind w:left="720" w:right="0" w:firstLine="240"/>
        <w:jc w:val="left"/>
      </w:pPr>
      <w:r>
        <w:rPr>
          <w:rFonts w:ascii="Times New Roman" w:hAnsi="Times New Roman" w:eastAsia="Times New Roman" w:cs="Times New Roman"/>
          <w:b w:val="0"/>
          <w:sz w:val="24"/>
        </w:rPr>
        <w:t>[Name of person serving motion] states that on [date of service], [he or she] served [name of opposing counsel], opposing counsel, with the above documents via [method of service].</w:t>
      </w:r>
    </w:p>
    <w:p>
      <w:pPr>
        <w:keepNext w:val="0"/>
        <w:spacing w:before="120" w:after="0" w:line="260" w:lineRule="exact"/>
        <w:ind w:left="720" w:right="0" w:firstLine="240"/>
        <w:jc w:val="left"/>
      </w:pPr>
      <w:r>
        <w:rPr>
          <w:rFonts w:ascii="Times New Roman" w:hAnsi="Times New Roman" w:eastAsia="Times New Roman" w:cs="Times New Roman"/>
          <w:b w:val="0"/>
          <w:sz w:val="24"/>
        </w:rPr>
        <w:t>I declare under the penalty of perjury that the above statements are true to the best of my knowledge, information, and belief.</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 (signature of person serving motion)</w:t>
      </w:r>
    </w:p>
    <w:p>
      <w:pPr>
        <w:keepNext w:val="0"/>
        <w:spacing w:before="120" w:after="0" w:line="260" w:lineRule="exact"/>
        <w:ind w:left="720" w:right="0" w:firstLine="0"/>
        <w:jc w:val="left"/>
      </w:pPr>
      <w:r>
        <w:rPr>
          <w:rFonts w:ascii="Times New Roman" w:hAnsi="Times New Roman" w:eastAsia="Times New Roman" w:cs="Times New Roman"/>
          <w:b w:val="0"/>
          <w:sz w:val="24"/>
        </w:rPr>
        <w:t>[typed name of person serving motion]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