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for Protective Order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SUPERIOR COURT OF THE STATE OF CALIFORNIA </w:t>
      </w:r>
    </w:p>
    <w:p>
      <w:pPr>
        <w:keepNext w:val="0"/>
        <w:spacing w:before="200" w:after="0" w:line="260" w:lineRule="exact"/>
        <w:ind w:left="360" w:right="0" w:firstLine="0"/>
        <w:jc w:val="center"/>
      </w:pPr>
      <w:r>
        <w:rPr>
          <w:rFonts w:ascii="Times New Roman" w:hAnsi="Times New Roman" w:eastAsia="Times New Roman" w:cs="Times New Roman"/>
          <w:b w:val="0"/>
          <w:sz w:val="24"/>
        </w:rPr>
        <w:t>FOR THE COUNTY OF [county name]</w:t>
      </w:r>
    </w:p>
    <w:p>
      <w:pPr>
        <w:keepNext w:val="0"/>
        <w:spacing w:before="200" w:after="0" w:line="260" w:lineRule="exact"/>
        <w:ind w:left="360" w:right="0" w:firstLine="0"/>
        <w:jc w:val="both"/>
      </w:pPr>
      <w:r>
        <w:rPr>
          <w:rFonts w:ascii="Times New Roman" w:hAnsi="Times New Roman" w:eastAsia="Times New Roman" w:cs="Times New Roman"/>
          <w:b w:val="0"/>
          <w:sz w:val="24"/>
        </w:rPr>
        <w:t>To [opposing party designation (e.g., Defendant)] [opposing party name] and to [his / her / its]'s attorney of record: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NOTICE IS HEREBY GIVEN that on [hearing date], at [hearing time], or as soon thereafter as the matter may be heard, in [Department or Division] of this court, located at [street address], [city], California, [moving party designation (e.g., Plaintiff)] will, and hereby does, move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protective order that [describe order(s) sought, e.g., "Plaintiff need not answer Defendant's Fifth Set of Special Interrogatories"]. The motion for protective order will be made on the grounds that [describe grounds, e.g., "that Defendant's Fifth Set of Interrogatories, Nos. 60-72, are unduly burdensome and oppressive and not warranted by the facts and circumstances of this case].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Notice is further given that Plaintiff will move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imposing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monetary sanction against [opposing party and/or party's attorney (e.g., Defendant (defendant name) and Defendant's attorney (defendant's attorney name))] and in favor of [moving party designation (e.g., Plaintiff)], in the amount of $[amount].</w:t>
      </w:r>
    </w:p>
    <w:p>
      <w:pPr>
        <w:keepNext w:val="0"/>
        <w:spacing w:before="200" w:after="0" w:line="260" w:lineRule="exact"/>
        <w:ind w:left="720" w:right="0" w:firstLine="0"/>
        <w:jc w:val="both"/>
      </w:pPr>
      <w:r>
        <w:rPr>
          <w:rFonts w:ascii="Times New Roman" w:hAnsi="Times New Roman" w:eastAsia="Times New Roman" w:cs="Times New Roman"/>
          <w:b w:val="0"/>
          <w:sz w:val="24"/>
        </w:rPr>
        <w:t>The motion will be based on this notice of motion, the memorandum served and filed herewith, the [declaration(s) or affidavit(s)] of [declarant or affiant name(s)], the records and file herein, and on such evidence as may be presented at the hearing of the motion.</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[moving party designation (e.g., Plaintiff)] [moving party name]</w:t>
      </w:r>
    </w:p>
    <w:p>
      <w:pPr/>
    </w:p>
    <w:p>
      <w:pPr>
        <w:keepNext w:val="0"/>
        <w:spacing w:before="120" w:after="0" w:line="260" w:lineRule="exact"/>
        <w:ind w:left="360" w:right="0" w:firstLine="0"/>
        <w:jc w:val="left"/>
      </w:pPr>
      <w:r>
        <w:rPr>
          <w:rFonts w:ascii="Times New Roman" w:hAnsi="Times New Roman" w:eastAsia="Times New Roman" w:cs="Times New Roman"/>
          <w:b/>
          <w:sz w:val="24"/>
        </w:rPr>
        <w:t>MEMORANDUM IN SUPPORT OF MOTION FOR PROTECTIVE ORDER</w:t>
      </w:r>
    </w:p>
    <w:p>
      <w:pPr>
        <w:keepNext w:val="0"/>
        <w:spacing w:before="200" w:after="0" w:line="260" w:lineRule="exact"/>
        <w:ind w:left="720" w:right="0" w:firstLine="0"/>
        <w:jc w:val="center"/>
      </w:pPr>
      <w:r>
        <w:rPr>
          <w:rFonts w:ascii="Times New Roman" w:hAnsi="Times New Roman" w:eastAsia="Times New Roman" w:cs="Times New Roman"/>
          <w:b w:val="0"/>
          <w:sz w:val="24"/>
        </w:rPr>
        <w:t>[Add memorandum supporting motion]</w:t>
      </w:r>
    </w:p>
    <w:p>
      <w:pPr/>
    </w:p>
    <w:p>
      <w:pPr>
        <w:keepNext w:val="0"/>
        <w:spacing w:before="120" w:after="0" w:line="260" w:lineRule="exact"/>
        <w:ind w:left="360" w:right="0" w:firstLine="0"/>
        <w:jc w:val="left"/>
      </w:pPr>
      <w:r>
        <w:rPr>
          <w:rFonts w:ascii="Times New Roman" w:hAnsi="Times New Roman" w:eastAsia="Times New Roman" w:cs="Times New Roman"/>
          <w:b/>
          <w:sz w:val="24"/>
        </w:rPr>
        <w:t>DECLARATION OF [name] IN SUPPORT OF MOTION FOR PROTECTIVE ORDER</w:t>
      </w:r>
    </w:p>
    <w:p>
      <w:pPr>
        <w:keepNext w:val="0"/>
        <w:spacing w:before="200" w:after="0" w:line="260" w:lineRule="exact"/>
        <w:ind w:left="720" w:right="0" w:firstLine="0"/>
        <w:jc w:val="both"/>
      </w:pPr>
      <w:r>
        <w:rPr>
          <w:rFonts w:ascii="Times New Roman" w:hAnsi="Times New Roman" w:eastAsia="Times New Roman" w:cs="Times New Roman"/>
          <w:b w:val="0"/>
          <w:sz w:val="24"/>
        </w:rPr>
        <w:t>I, [declarant name], declare:</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am [identify declarant (e.g.,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at law duly admitted to practice before all the courts of the State of California and the attorney of record herein for (moving party designation (e.g., Plaintiff) in this action)].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[service date], [opposing party designation (e.g., Defendant)] served on [moving party designation (e.g., Plaintiff)] [describe discovery at issue, by set and request numbers].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one or more paragraphs, set forth facts warranting issuance of protective order, such as undue burden or expense that would be imposed on responding party, etc.]</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or about [date of attempted meet and confer effort], [moving party designation (e.g., Plaintiff)], [provide statement of facts showing reasonable and good faith attempt to informally resolve issues presented in the motion,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conferring or attempting to confer with other party].</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[Moving party (e.g., plaintiff)] has incurred expenses as follows: [itemize reasonable expenses],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total of [amount].</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 declare under penalty of perjury under the laws of the State of California that the foregoing is true and correct.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 (declarant signature)</w:t>
      </w:r>
    </w:p>
    <w:p>
      <w:pPr>
        <w:keepNext w:val="0"/>
        <w:spacing w:before="120" w:after="0" w:line="260" w:lineRule="exact"/>
        <w:ind w:left="720" w:right="0" w:firstLine="0"/>
        <w:jc w:val="left"/>
      </w:pPr>
      <w:r>
        <w:rPr>
          <w:rFonts w:ascii="Times New Roman" w:hAnsi="Times New Roman" w:eastAsia="Times New Roman" w:cs="Times New Roman"/>
          <w:b w:val="0"/>
          <w:sz w:val="24"/>
        </w:rPr>
        <w:t>[typed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