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Motion for Temporary Restraining Order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val="0"/>
          <w:sz w:val="24"/>
        </w:rPr>
        <w:t>IN THE [state or superior] COURT OF [county name] COUNTY</w:t>
      </w:r>
    </w:p>
    <w:p>
      <w:pPr>
        <w:keepNext w:val="0"/>
        <w:spacing w:before="200" w:after="0" w:line="260" w:lineRule="exact"/>
        <w:ind w:left="360" w:right="0" w:firstLine="0"/>
        <w:jc w:val="center"/>
      </w:pPr>
      <w:r>
        <w:rPr>
          <w:rFonts w:ascii="Times New Roman" w:hAnsi="Times New Roman" w:eastAsia="Times New Roman" w:cs="Times New Roman"/>
          <w:b w:val="0"/>
          <w:sz w:val="24"/>
        </w:rPr>
        <w:t>STATE OF GEORGIA</w:t>
      </w:r>
    </w:p>
    <w:p>
      <w:pPr>
        <w:keepNext w:val="0"/>
        <w:spacing w:before="200" w:after="0" w:line="260" w:lineRule="exact"/>
        <w:ind w:left="360" w:right="0" w:firstLine="0"/>
        <w:jc w:val="center"/>
      </w:pPr>
      <w:r>
        <w:rPr>
          <w:rFonts w:ascii="Times New Roman" w:hAnsi="Times New Roman" w:eastAsia="Times New Roman" w:cs="Times New Roman"/>
          <w:b w:val="0"/>
          <w:sz w:val="24"/>
        </w:rPr>
        <w:t xml:space="preserve">PLAINTIFF'S EMERGENCY [EX PARTE] MOTION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RESTRAINING ORDER</w:t>
      </w:r>
    </w:p>
    <w:p>
      <w:pPr>
        <w:keepNext w:val="0"/>
        <w:spacing w:before="200" w:after="0" w:line="260" w:lineRule="exact"/>
        <w:ind w:left="360" w:right="0" w:firstLine="0"/>
        <w:jc w:val="both"/>
      </w:pPr>
      <w:r>
        <w:rPr>
          <w:rFonts w:ascii="Times New Roman" w:hAnsi="Times New Roman" w:eastAsia="Times New Roman" w:cs="Times New Roman"/>
          <w:b/>
          <w:sz w:val="24"/>
        </w:rPr>
        <w:t>COMES NOW</w:t>
      </w:r>
      <w:r>
        <w:rPr>
          <w:rFonts w:ascii="Times New Roman" w:hAnsi="Times New Roman" w:eastAsia="Times New Roman" w:cs="Times New Roman"/>
          <w:b w:val="0"/>
          <w:sz w:val="24"/>
        </w:rPr>
        <w:t xml:space="preserve"> the Plaintiff in the above-entitled action and hereby moves the Court, pursuant to O.C.G.</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 9-11-65(b),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temporarily restraining and enjoining the [defendant/defendants], [name(s) of defendant(s) being enjoined], as more fully set forth below in this motion.</w:t>
      </w:r>
    </w:p>
    <w:p>
      <w:pPr>
        <w:keepNext w:val="0"/>
        <w:spacing w:before="120" w:after="0" w:line="260" w:lineRule="exact"/>
        <w:ind w:left="36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FACTUAL BACKGROUND</w:t>
      </w:r>
    </w:p>
    <w:p>
      <w:pPr>
        <w:keepNext w:val="0"/>
        <w:spacing w:before="200" w:after="0" w:line="260" w:lineRule="exact"/>
        <w:ind w:left="720" w:right="0" w:firstLine="0"/>
        <w:jc w:val="both"/>
      </w:pPr>
      <w:r>
        <w:rPr>
          <w:rFonts w:ascii="Times New Roman" w:hAnsi="Times New Roman" w:eastAsia="Times New Roman" w:cs="Times New Roman"/>
          <w:b w:val="0"/>
          <w:sz w:val="24"/>
        </w:rPr>
        <w:t>[Set forth factual background of case, to extent pertinent to motion, using as many paragraphs as needed].</w:t>
      </w:r>
    </w:p>
    <w:p>
      <w:pPr>
        <w:keepNext w:val="0"/>
        <w:spacing w:before="200" w:after="0" w:line="260" w:lineRule="exact"/>
        <w:ind w:left="720" w:right="0" w:firstLine="0"/>
        <w:jc w:val="both"/>
      </w:pPr>
      <w:r>
        <w:rPr>
          <w:rFonts w:ascii="Times New Roman" w:hAnsi="Times New Roman" w:eastAsia="Times New Roman" w:cs="Times New Roman"/>
          <w:b w:val="0"/>
          <w:sz w:val="24"/>
        </w:rPr>
        <w:t>If the Court does not grant the relief sought, the Plaintiff will suffer immediate and irreparable injury, loss, or damage before the Defendant can be heard in opposition.</w:t>
      </w:r>
    </w:p>
    <w:p>
      <w:pPr>
        <w:keepNext w:val="0"/>
        <w:spacing w:before="120" w:after="0" w:line="260" w:lineRule="exact"/>
        <w:ind w:left="36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EVIDENCE IN SUPPORT</w:t>
      </w:r>
    </w:p>
    <w:p>
      <w:pPr>
        <w:keepNext w:val="0"/>
        <w:spacing w:before="200" w:after="0" w:line="260" w:lineRule="exact"/>
        <w:ind w:left="720" w:right="0" w:firstLine="0"/>
        <w:jc w:val="both"/>
      </w:pPr>
      <w:r>
        <w:rPr>
          <w:rFonts w:ascii="Times New Roman" w:hAnsi="Times New Roman" w:eastAsia="Times New Roman" w:cs="Times New Roman"/>
          <w:b w:val="0"/>
          <w:sz w:val="24"/>
        </w:rPr>
        <w:t>In support of [his/her/its] motion, the Plaintiff submits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[List the first document you are submitting in support of your motion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TRO].</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[List the second document you are submitting].</w:t>
      </w:r>
    </w:p>
    <w:p>
      <w:pPr>
        <w:keepNext w:val="0"/>
        <w:spacing w:before="120" w:after="0" w:line="260" w:lineRule="exact"/>
        <w:ind w:left="36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ARGUMENT AND CITATION OF AUTHORITY</w:t>
      </w:r>
    </w:p>
    <w:p>
      <w:pPr>
        <w:keepNext w:val="0"/>
        <w:spacing w:before="200" w:after="0" w:line="260" w:lineRule="exact"/>
        <w:ind w:left="72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restraining order is justified in this case and should be issued without notice.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restraining order,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must first establish that it clearly appears from specific facts shown by affidavit or by the verified complaint that (1) immediate and irreparable injury, loss, or damage will result to the applicant before the adverse party or his or her attorney can be heard in opposition; and (2) the applicant's attorney certifies to the court, in writing, the efforts, if any, which have been made to give notice and the reasons supporting the party's claim that notice should not be required. O.C.G.</w:t>
      </w:r>
      <w:r>
        <w:rPr>
          <w:rFonts w:ascii="Times New Roman" w:hAnsi="Times New Roman" w:eastAsia="Times New Roman" w:cs="Times New Roman"/>
          <w:b/>
          <w:sz w:val="24"/>
        </w:rPr>
        <w:t>A</w:t>
      </w:r>
      <w:r>
        <w:rPr>
          <w:rFonts w:ascii="Times New Roman" w:hAnsi="Times New Roman" w:eastAsia="Times New Roman" w:cs="Times New Roman"/>
          <w:b w:val="0"/>
          <w:sz w:val="24"/>
        </w:rPr>
        <w:t>. § 9-11-65(b).</w:t>
      </w:r>
    </w:p>
    <w:p>
      <w:pPr>
        <w:keepNext w:val="0"/>
        <w:spacing w:before="200" w:after="0" w:line="260" w:lineRule="exact"/>
        <w:ind w:left="720" w:right="0" w:firstLine="0"/>
        <w:jc w:val="both"/>
      </w:pPr>
      <w:r>
        <w:rPr>
          <w:rFonts w:ascii="Times New Roman" w:hAnsi="Times New Roman" w:eastAsia="Times New Roman" w:cs="Times New Roman"/>
          <w:b w:val="0"/>
          <w:sz w:val="24"/>
        </w:rPr>
        <w:t>In this case, as shown by the evidence in support, [make legal arguments and cite further legal authority as needed].</w:t>
      </w:r>
    </w:p>
    <w:p>
      <w:pPr>
        <w:keepNext w:val="0"/>
        <w:spacing w:before="120" w:after="0" w:line="260" w:lineRule="exact"/>
        <w:ind w:left="36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CONCLUSION</w:t>
      </w:r>
    </w:p>
    <w:p>
      <w:pPr>
        <w:keepNext w:val="0"/>
        <w:spacing w:before="200" w:after="0" w:line="260" w:lineRule="exact"/>
        <w:ind w:left="720" w:right="0" w:firstLine="0"/>
        <w:jc w:val="both"/>
      </w:pPr>
      <w:r>
        <w:rPr>
          <w:rFonts w:ascii="Times New Roman" w:hAnsi="Times New Roman" w:eastAsia="Times New Roman" w:cs="Times New Roman"/>
          <w:b/>
          <w:sz w:val="24"/>
        </w:rPr>
        <w:t>WHEREFORE</w:t>
      </w:r>
      <w:r>
        <w:rPr>
          <w:rFonts w:ascii="Times New Roman" w:hAnsi="Times New Roman" w:eastAsia="Times New Roman" w:cs="Times New Roman"/>
          <w:b w:val="0"/>
          <w:sz w:val="24"/>
        </w:rPr>
        <w:t xml:space="preserve">, the Plaintiff respectfully requests that the Court enter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restraining order [enjoining/compelling] the [defendant/defendants], [name(s) of defendant(s) to be enjoined or compelled], [from/to] [engaging/engage] in the conduct specified above.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proposed order accompanies this motion.</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[ordinal number]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Respectfully submitted,</w:t>
      </w:r>
    </w:p>
    <w:p>
      <w:pPr>
        <w:keepNext w:val="0"/>
        <w:spacing w:before="120" w:after="0" w:line="260" w:lineRule="exact"/>
        <w:ind w:left="360" w:right="0" w:firstLine="0"/>
        <w:jc w:val="left"/>
      </w:pPr>
      <w:r>
        <w:rPr>
          <w:rFonts w:ascii="Times New Roman" w:hAnsi="Times New Roman" w:eastAsia="Times New Roman" w:cs="Times New Roman"/>
          <w:b/>
          <w:sz w:val="24"/>
        </w:rPr>
        <w:t>[Firm name, if any]</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[Attorney name]</w:t>
      </w:r>
    </w:p>
    <w:p>
      <w:pPr>
        <w:keepNext w:val="0"/>
        <w:spacing w:before="120" w:after="0" w:line="260" w:lineRule="exact"/>
        <w:ind w:left="360" w:right="0" w:firstLine="0"/>
        <w:jc w:val="left"/>
      </w:pPr>
      <w:r>
        <w:rPr>
          <w:rFonts w:ascii="Times New Roman" w:hAnsi="Times New Roman" w:eastAsia="Times New Roman" w:cs="Times New Roman"/>
          <w:b w:val="0"/>
          <w:sz w:val="24"/>
        </w:rPr>
        <w:t>Georgia Bar No. [state bar ID number]</w:t>
      </w:r>
    </w:p>
    <w:p>
      <w:pPr>
        <w:keepNext w:val="0"/>
        <w:spacing w:before="120" w:after="0" w:line="260" w:lineRule="exact"/>
        <w:ind w:left="360" w:right="0" w:firstLine="0"/>
        <w:jc w:val="left"/>
      </w:pPr>
      <w:r>
        <w:rPr>
          <w:rFonts w:ascii="Times New Roman" w:hAnsi="Times New Roman" w:eastAsia="Times New Roman" w:cs="Times New Roman"/>
          <w:b w:val="0"/>
          <w:sz w:val="24"/>
        </w:rPr>
        <w:t>Attorney for Plaintiff</w:t>
      </w:r>
    </w:p>
    <w:p>
      <w:pPr>
        <w:keepNext w:val="0"/>
        <w:spacing w:before="200" w:after="0" w:line="260" w:lineRule="exact"/>
        <w:ind w:left="360" w:right="0" w:firstLine="0"/>
        <w:jc w:val="both"/>
      </w:pPr>
      <w:r>
        <w:rPr>
          <w:rFonts w:ascii="Times New Roman" w:hAnsi="Times New Roman" w:eastAsia="Times New Roman" w:cs="Times New Roman"/>
          <w:b w:val="0"/>
          <w:sz w:val="24"/>
        </w:rPr>
        <w:t>[address]</w:t>
      </w:r>
    </w:p>
    <w:p>
      <w:pPr>
        <w:keepNext w:val="0"/>
        <w:spacing w:before="200" w:after="0" w:line="260" w:lineRule="exact"/>
        <w:ind w:left="360" w:right="0" w:firstLine="0"/>
        <w:jc w:val="both"/>
      </w:pPr>
      <w:r>
        <w:rPr>
          <w:rFonts w:ascii="Times New Roman" w:hAnsi="Times New Roman" w:eastAsia="Times New Roman" w:cs="Times New Roman"/>
          <w:b w:val="0"/>
          <w:sz w:val="24"/>
        </w:rPr>
        <w:t>Tel. [phone number]</w:t>
      </w:r>
    </w:p>
    <w:p>
      <w:pPr>
        <w:keepNext w:val="0"/>
        <w:spacing w:before="200" w:after="0" w:line="260" w:lineRule="exact"/>
        <w:ind w:left="360" w:right="0" w:firstLine="0"/>
        <w:jc w:val="both"/>
      </w:pPr>
      <w:r>
        <w:rPr>
          <w:rFonts w:ascii="Times New Roman" w:hAnsi="Times New Roman" w:eastAsia="Times New Roman" w:cs="Times New Roman"/>
          <w:b w:val="0"/>
          <w:sz w:val="24"/>
        </w:rPr>
        <w:t>Fax: [fax number]</w:t>
      </w:r>
    </w:p>
    <w:p>
      <w:pPr>
        <w:keepNext w:val="0"/>
        <w:spacing w:before="200" w:after="0" w:line="260" w:lineRule="exact"/>
        <w:ind w:left="360" w:right="0" w:firstLine="0"/>
        <w:jc w:val="both"/>
      </w:pPr>
      <w:r>
        <w:rPr>
          <w:rFonts w:ascii="Times New Roman" w:hAnsi="Times New Roman" w:eastAsia="Times New Roman" w:cs="Times New Roman"/>
          <w:b w:val="0"/>
          <w:sz w:val="24"/>
        </w:rPr>
        <w:t>[email address]</w:t>
      </w:r>
    </w:p>
    <w:p>
      <w:pPr/>
    </w:p>
    <w:p>
      <w:pPr>
        <w:keepNext w:val="0"/>
        <w:spacing w:before="200" w:after="0" w:line="260" w:lineRule="exact"/>
        <w:ind w:left="360" w:right="0" w:firstLine="0"/>
        <w:jc w:val="center"/>
      </w:pPr>
      <w:r>
        <w:rPr>
          <w:rFonts w:ascii="Times New Roman" w:hAnsi="Times New Roman" w:eastAsia="Times New Roman" w:cs="Times New Roman"/>
          <w:b w:val="0"/>
          <w:sz w:val="24"/>
        </w:rPr>
        <w:t>IN THE [state or superior] COURT OF [county name] COUNTY</w:t>
      </w:r>
    </w:p>
    <w:p>
      <w:pPr>
        <w:keepNext w:val="0"/>
        <w:spacing w:before="200" w:after="0" w:line="260" w:lineRule="exact"/>
        <w:ind w:left="360" w:right="0" w:firstLine="0"/>
        <w:jc w:val="center"/>
      </w:pPr>
      <w:r>
        <w:rPr>
          <w:rFonts w:ascii="Times New Roman" w:hAnsi="Times New Roman" w:eastAsia="Times New Roman" w:cs="Times New Roman"/>
          <w:b w:val="0"/>
          <w:sz w:val="24"/>
        </w:rPr>
        <w:t>STATE OF GEORGIA</w:t>
      </w:r>
    </w:p>
    <w:p>
      <w:pPr>
        <w:keepNext w:val="0"/>
        <w:spacing w:before="200" w:after="0" w:line="260" w:lineRule="exact"/>
        <w:ind w:left="360" w:right="0" w:firstLine="0"/>
        <w:jc w:val="center"/>
      </w:pPr>
      <w:r>
        <w:rPr>
          <w:rFonts w:ascii="Times New Roman" w:hAnsi="Times New Roman" w:eastAsia="Times New Roman" w:cs="Times New Roman"/>
          <w:b w:val="0"/>
          <w:sz w:val="24"/>
        </w:rPr>
        <w:t>ATTORNEY CERTIFICATION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support of Plaintiff's Emergency [Ex Parte] Motion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Restraining Order, comes now the undersigned counsel and pursuant to O.C.G.</w:t>
      </w:r>
      <w:r>
        <w:rPr>
          <w:rFonts w:ascii="Times New Roman" w:hAnsi="Times New Roman" w:eastAsia="Times New Roman" w:cs="Times New Roman"/>
          <w:b/>
          <w:sz w:val="24"/>
        </w:rPr>
        <w:t>A</w:t>
      </w:r>
      <w:r>
        <w:rPr>
          <w:rFonts w:ascii="Times New Roman" w:hAnsi="Times New Roman" w:eastAsia="Times New Roman" w:cs="Times New Roman"/>
          <w:b w:val="0"/>
          <w:sz w:val="24"/>
        </w:rPr>
        <w:t>. § 9-11-65(b)(2) hereby shows the Court that [he/she] has given oral notice to Defendant by calling Defendant [or defendant's attorney] on the telephone at approximately ____________ o'clock [</w:t>
      </w:r>
      <w:r>
        <w:rPr>
          <w:rFonts w:ascii="Times New Roman" w:hAnsi="Times New Roman" w:eastAsia="Times New Roman" w:cs="Times New Roman"/>
          <w:b/>
          <w:sz w:val="24"/>
        </w:rPr>
        <w:t>a</w:t>
      </w:r>
      <w:r>
        <w:rPr>
          <w:rFonts w:ascii="Times New Roman" w:hAnsi="Times New Roman" w:eastAsia="Times New Roman" w:cs="Times New Roman"/>
          <w:b w:val="0"/>
          <w:sz w:val="24"/>
        </w:rPr>
        <w:t>.m./p.m.] on __________________, 20______ to tell [him/her/it] that Plaintiff would apply to this Court at ____________ o'clock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.m./p.m. on the ____________ day of __________________, ______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restraining order and further by causing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Motion and Plaintiff's Verified Complaint to be delivered by hand to Defendant [or Defendant's attorney] at approximately ____________ o'clock [</w:t>
      </w:r>
      <w:r>
        <w:rPr>
          <w:rFonts w:ascii="Times New Roman" w:hAnsi="Times New Roman" w:eastAsia="Times New Roman" w:cs="Times New Roman"/>
          <w:b/>
          <w:sz w:val="24"/>
        </w:rPr>
        <w:t>a</w:t>
      </w:r>
      <w:r>
        <w:rPr>
          <w:rFonts w:ascii="Times New Roman" w:hAnsi="Times New Roman" w:eastAsia="Times New Roman" w:cs="Times New Roman"/>
          <w:b w:val="0"/>
          <w:sz w:val="24"/>
        </w:rPr>
        <w:t>.m./p.m. on the ____________ day of __________________, 20______.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[ordinal number]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Respectfully submitted,</w:t>
      </w:r>
    </w:p>
    <w:p>
      <w:pPr>
        <w:keepNext w:val="0"/>
        <w:spacing w:before="120" w:after="0" w:line="260" w:lineRule="exact"/>
        <w:ind w:left="360" w:right="0" w:firstLine="0"/>
        <w:jc w:val="left"/>
      </w:pPr>
      <w:r>
        <w:rPr>
          <w:rFonts w:ascii="Times New Roman" w:hAnsi="Times New Roman" w:eastAsia="Times New Roman" w:cs="Times New Roman"/>
          <w:b/>
          <w:sz w:val="24"/>
        </w:rPr>
        <w:t>[Firm name, if any]</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[Attorney name]</w:t>
      </w:r>
    </w:p>
    <w:p>
      <w:pPr>
        <w:keepNext w:val="0"/>
        <w:spacing w:before="120" w:after="0" w:line="260" w:lineRule="exact"/>
        <w:ind w:left="360" w:right="0" w:firstLine="0"/>
        <w:jc w:val="left"/>
      </w:pPr>
      <w:r>
        <w:rPr>
          <w:rFonts w:ascii="Times New Roman" w:hAnsi="Times New Roman" w:eastAsia="Times New Roman" w:cs="Times New Roman"/>
          <w:b w:val="0"/>
          <w:sz w:val="24"/>
        </w:rPr>
        <w:t>Georgia Bar No. [state bar ID number]</w:t>
      </w:r>
    </w:p>
    <w:p>
      <w:pPr>
        <w:keepNext w:val="0"/>
        <w:spacing w:before="120" w:after="0" w:line="260" w:lineRule="exact"/>
        <w:ind w:left="360" w:right="0" w:firstLine="0"/>
        <w:jc w:val="left"/>
      </w:pPr>
      <w:r>
        <w:rPr>
          <w:rFonts w:ascii="Times New Roman" w:hAnsi="Times New Roman" w:eastAsia="Times New Roman" w:cs="Times New Roman"/>
          <w:b w:val="0"/>
          <w:sz w:val="24"/>
        </w:rPr>
        <w:t>Attorney for Plaintiff</w:t>
      </w:r>
    </w:p>
    <w:p>
      <w:pPr>
        <w:keepNext w:val="0"/>
        <w:spacing w:before="200" w:after="0" w:line="260" w:lineRule="exact"/>
        <w:ind w:left="360" w:right="0" w:firstLine="0"/>
        <w:jc w:val="both"/>
      </w:pPr>
      <w:r>
        <w:rPr>
          <w:rFonts w:ascii="Times New Roman" w:hAnsi="Times New Roman" w:eastAsia="Times New Roman" w:cs="Times New Roman"/>
          <w:b w:val="0"/>
          <w:sz w:val="24"/>
        </w:rPr>
        <w:t>[address]</w:t>
      </w:r>
    </w:p>
    <w:p>
      <w:pPr>
        <w:keepNext w:val="0"/>
        <w:spacing w:before="200" w:after="0" w:line="260" w:lineRule="exact"/>
        <w:ind w:left="360" w:right="0" w:firstLine="0"/>
        <w:jc w:val="both"/>
      </w:pPr>
      <w:r>
        <w:rPr>
          <w:rFonts w:ascii="Times New Roman" w:hAnsi="Times New Roman" w:eastAsia="Times New Roman" w:cs="Times New Roman"/>
          <w:b w:val="0"/>
          <w:sz w:val="24"/>
        </w:rPr>
        <w:t>Tel. [phone number]</w:t>
      </w:r>
    </w:p>
    <w:p>
      <w:pPr>
        <w:keepNext w:val="0"/>
        <w:spacing w:before="200" w:after="0" w:line="260" w:lineRule="exact"/>
        <w:ind w:left="360" w:right="0" w:firstLine="0"/>
        <w:jc w:val="both"/>
      </w:pPr>
      <w:r>
        <w:rPr>
          <w:rFonts w:ascii="Times New Roman" w:hAnsi="Times New Roman" w:eastAsia="Times New Roman" w:cs="Times New Roman"/>
          <w:b w:val="0"/>
          <w:sz w:val="24"/>
        </w:rPr>
        <w:t>Fax: [fax number]</w:t>
      </w:r>
    </w:p>
    <w:p>
      <w:pPr>
        <w:keepNext w:val="0"/>
        <w:spacing w:before="200" w:after="0" w:line="260" w:lineRule="exact"/>
        <w:ind w:left="360" w:right="0" w:firstLine="0"/>
        <w:jc w:val="both"/>
      </w:pPr>
      <w:r>
        <w:rPr>
          <w:rFonts w:ascii="Times New Roman" w:hAnsi="Times New Roman" w:eastAsia="Times New Roman" w:cs="Times New Roman"/>
          <w:b w:val="0"/>
          <w:sz w:val="24"/>
        </w:rPr>
        <w:t>[email address]</w:t>
      </w:r>
    </w:p>
    <w:p>
      <w:pPr/>
    </w:p>
    <w:p>
      <w:pPr>
        <w:keepNext w:val="0"/>
        <w:spacing w:before="200" w:after="0" w:line="260" w:lineRule="exact"/>
        <w:ind w:left="360" w:right="0" w:firstLine="0"/>
        <w:jc w:val="center"/>
      </w:pPr>
      <w:r>
        <w:rPr>
          <w:rFonts w:ascii="Times New Roman" w:hAnsi="Times New Roman" w:eastAsia="Times New Roman" w:cs="Times New Roman"/>
          <w:b w:val="0"/>
          <w:sz w:val="24"/>
        </w:rPr>
        <w:t>IN THE [state or superior] COURT OF [county name] COUNTY</w:t>
      </w:r>
    </w:p>
    <w:p>
      <w:pPr>
        <w:keepNext w:val="0"/>
        <w:spacing w:before="200" w:after="0" w:line="260" w:lineRule="exact"/>
        <w:ind w:left="360" w:right="0" w:firstLine="0"/>
        <w:jc w:val="center"/>
      </w:pPr>
      <w:r>
        <w:rPr>
          <w:rFonts w:ascii="Times New Roman" w:hAnsi="Times New Roman" w:eastAsia="Times New Roman" w:cs="Times New Roman"/>
          <w:b w:val="0"/>
          <w:sz w:val="24"/>
        </w:rPr>
        <w:t>STATE OF GEORGIA</w:t>
      </w:r>
    </w:p>
    <w:p>
      <w:pPr>
        <w:keepNext w:val="0"/>
        <w:spacing w:before="200" w:after="0" w:line="260" w:lineRule="exact"/>
        <w:ind w:left="360" w:right="0" w:firstLine="0"/>
        <w:jc w:val="center"/>
      </w:pPr>
      <w:r>
        <w:rPr>
          <w:rFonts w:ascii="Times New Roman" w:hAnsi="Times New Roman" w:eastAsia="Times New Roman" w:cs="Times New Roman"/>
          <w:b w:val="0"/>
          <w:sz w:val="24"/>
        </w:rPr>
        <w:t>REQUEST FOR ORAL ARGUMENT</w:t>
      </w:r>
    </w:p>
    <w:p>
      <w:pPr>
        <w:keepNext w:val="0"/>
        <w:spacing w:before="200" w:after="0" w:line="260" w:lineRule="exact"/>
        <w:ind w:left="720" w:right="0" w:firstLine="0"/>
        <w:jc w:val="both"/>
      </w:pPr>
      <w:r>
        <w:rPr>
          <w:rFonts w:ascii="Times New Roman" w:hAnsi="Times New Roman" w:eastAsia="Times New Roman" w:cs="Times New Roman"/>
          <w:b/>
          <w:sz w:val="24"/>
        </w:rPr>
        <w:t>COMES NOW</w:t>
      </w:r>
      <w:r>
        <w:rPr>
          <w:rFonts w:ascii="Times New Roman" w:hAnsi="Times New Roman" w:eastAsia="Times New Roman" w:cs="Times New Roman"/>
          <w:b w:val="0"/>
          <w:sz w:val="24"/>
        </w:rPr>
        <w:t xml:space="preserve"> the Plaintiff in the above-entitled action and pursuant to Ga. Unif. Super. Ct. R. 6.3 and O.C.G.</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 9-11-65(b) requests that oral argument be had on [his/her/its] Emergency [Ex Parte] Motion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Restraining Order.</w:t>
      </w:r>
    </w:p>
    <w:p>
      <w:pPr/>
    </w:p>
    <w:p>
      <w:pPr>
        <w:keepNext w:val="0"/>
        <w:spacing w:before="200" w:after="0" w:line="260" w:lineRule="exact"/>
        <w:ind w:left="720" w:right="0" w:firstLine="0"/>
        <w:jc w:val="both"/>
      </w:pPr>
      <w:r>
        <w:rPr>
          <w:rFonts w:ascii="Times New Roman" w:hAnsi="Times New Roman" w:eastAsia="Times New Roman" w:cs="Times New Roman"/>
          <w:b w:val="0"/>
          <w:sz w:val="24"/>
        </w:rPr>
        <w:t>This [ordinal number] day of [month], [year].</w:t>
      </w:r>
    </w:p>
    <w:p>
      <w:pPr>
        <w:keepNext w:val="0"/>
        <w:spacing w:before="120" w:after="0" w:line="260" w:lineRule="exact"/>
        <w:ind w:left="720" w:right="0" w:firstLine="0"/>
        <w:jc w:val="left"/>
      </w:pPr>
      <w:r>
        <w:rPr>
          <w:rFonts w:ascii="Times New Roman" w:hAnsi="Times New Roman" w:eastAsia="Times New Roman" w:cs="Times New Roman"/>
          <w:b w:val="0"/>
          <w:sz w:val="24"/>
        </w:rPr>
        <w:t>Respectfully submitted,</w:t>
      </w:r>
    </w:p>
    <w:p>
      <w:pPr>
        <w:keepNext w:val="0"/>
        <w:spacing w:before="120" w:after="0" w:line="260" w:lineRule="exact"/>
        <w:ind w:left="720" w:right="0" w:firstLine="0"/>
        <w:jc w:val="left"/>
      </w:pPr>
      <w:r>
        <w:rPr>
          <w:rFonts w:ascii="Times New Roman" w:hAnsi="Times New Roman" w:eastAsia="Times New Roman" w:cs="Times New Roman"/>
          <w:b/>
          <w:sz w:val="24"/>
        </w:rPr>
        <w:t>[Firm name, if any]</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[Attorney name]</w:t>
      </w:r>
    </w:p>
    <w:p>
      <w:pPr>
        <w:keepNext w:val="0"/>
        <w:spacing w:before="120" w:after="0" w:line="260" w:lineRule="exact"/>
        <w:ind w:left="720" w:right="0" w:firstLine="0"/>
        <w:jc w:val="left"/>
      </w:pPr>
      <w:r>
        <w:rPr>
          <w:rFonts w:ascii="Times New Roman" w:hAnsi="Times New Roman" w:eastAsia="Times New Roman" w:cs="Times New Roman"/>
          <w:b w:val="0"/>
          <w:sz w:val="24"/>
        </w:rPr>
        <w:t>Georgia Bar No. [state bar ID number]</w:t>
      </w:r>
    </w:p>
    <w:p>
      <w:pPr>
        <w:keepNext w:val="0"/>
        <w:spacing w:before="120" w:after="0" w:line="260" w:lineRule="exact"/>
        <w:ind w:left="720" w:right="0" w:firstLine="0"/>
        <w:jc w:val="left"/>
      </w:pPr>
      <w:r>
        <w:rPr>
          <w:rFonts w:ascii="Times New Roman" w:hAnsi="Times New Roman" w:eastAsia="Times New Roman" w:cs="Times New Roman"/>
          <w:b w:val="0"/>
          <w:sz w:val="24"/>
        </w:rPr>
        <w:t>Attorney for Plaintiff</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200" w:after="0" w:line="260" w:lineRule="exact"/>
        <w:ind w:left="720" w:right="0" w:firstLine="0"/>
        <w:jc w:val="both"/>
      </w:pPr>
      <w:r>
        <w:rPr>
          <w:rFonts w:ascii="Times New Roman" w:hAnsi="Times New Roman" w:eastAsia="Times New Roman" w:cs="Times New Roman"/>
          <w:b w:val="0"/>
          <w:sz w:val="24"/>
        </w:rPr>
        <w:t>Tel. [phone number]</w:t>
      </w:r>
    </w:p>
    <w:p>
      <w:pPr>
        <w:keepNext w:val="0"/>
        <w:spacing w:before="200" w:after="0" w:line="260" w:lineRule="exact"/>
        <w:ind w:left="720" w:right="0" w:firstLine="0"/>
        <w:jc w:val="both"/>
      </w:pPr>
      <w:r>
        <w:rPr>
          <w:rFonts w:ascii="Times New Roman" w:hAnsi="Times New Roman" w:eastAsia="Times New Roman" w:cs="Times New Roman"/>
          <w:b w:val="0"/>
          <w:sz w:val="24"/>
        </w:rPr>
        <w:t>Fax: [fax number]</w:t>
      </w:r>
    </w:p>
    <w:p>
      <w:pPr>
        <w:keepNext w:val="0"/>
        <w:spacing w:before="200" w:after="0" w:line="260" w:lineRule="exact"/>
        <w:ind w:left="720" w:right="0" w:firstLine="0"/>
        <w:jc w:val="both"/>
      </w:pPr>
      <w:r>
        <w:rPr>
          <w:rFonts w:ascii="Times New Roman" w:hAnsi="Times New Roman" w:eastAsia="Times New Roman" w:cs="Times New Roman"/>
          <w:b w:val="0"/>
          <w:sz w:val="24"/>
        </w:rPr>
        <w:t>[email address]</w:t>
      </w:r>
    </w:p>
    <w:p>
      <w:pPr/>
    </w:p>
    <w:p>
      <w:pPr>
        <w:keepNext w:val="0"/>
        <w:spacing w:before="200" w:after="0" w:line="260" w:lineRule="exact"/>
        <w:ind w:left="720" w:right="0" w:firstLine="0"/>
        <w:jc w:val="center"/>
      </w:pPr>
      <w:r>
        <w:rPr>
          <w:rFonts w:ascii="Times New Roman" w:hAnsi="Times New Roman" w:eastAsia="Times New Roman" w:cs="Times New Roman"/>
          <w:b w:val="0"/>
          <w:sz w:val="24"/>
        </w:rPr>
        <w:t>IN THE [state or superior] COURT OF [county name] COUNTY</w:t>
      </w:r>
    </w:p>
    <w:p>
      <w:pPr>
        <w:keepNext w:val="0"/>
        <w:spacing w:before="200" w:after="0" w:line="260" w:lineRule="exact"/>
        <w:ind w:left="720" w:right="0" w:firstLine="0"/>
        <w:jc w:val="center"/>
      </w:pPr>
      <w:r>
        <w:rPr>
          <w:rFonts w:ascii="Times New Roman" w:hAnsi="Times New Roman" w:eastAsia="Times New Roman" w:cs="Times New Roman"/>
          <w:b w:val="0"/>
          <w:sz w:val="24"/>
        </w:rPr>
        <w:t>STATE OF GEORGIA</w:t>
      </w:r>
    </w:p>
    <w:p>
      <w:pPr>
        <w:keepNext w:val="0"/>
        <w:spacing w:before="200" w:after="0" w:line="260" w:lineRule="exact"/>
        <w:ind w:left="720" w:right="0" w:firstLine="0"/>
        <w:jc w:val="center"/>
      </w:pPr>
      <w:r>
        <w:rPr>
          <w:rFonts w:ascii="Times New Roman" w:hAnsi="Times New Roman" w:eastAsia="Times New Roman" w:cs="Times New Roman"/>
          <w:b w:val="0"/>
          <w:sz w:val="24"/>
        </w:rPr>
        <w:t>PROPOSED ORDER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above case, having come before the Court on Plaintiff's Emergency [Ex Parte] Motion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Restraining Order, and the Court having considered such Motion, it is hereby </w:t>
      </w:r>
      <w:r>
        <w:rPr>
          <w:rFonts w:ascii="Times New Roman" w:hAnsi="Times New Roman" w:eastAsia="Times New Roman" w:cs="Times New Roman"/>
          <w:b/>
          <w:sz w:val="24"/>
        </w:rPr>
        <w:t>ORDERED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ADJUDGED</w:t>
      </w:r>
      <w:r>
        <w:rPr>
          <w:rFonts w:ascii="Times New Roman" w:hAnsi="Times New Roman" w:eastAsia="Times New Roman" w:cs="Times New Roman"/>
          <w:b w:val="0"/>
          <w:sz w:val="24"/>
        </w:rPr>
        <w:t xml:space="preserve">, and </w:t>
      </w:r>
      <w:r>
        <w:rPr>
          <w:rFonts w:ascii="Times New Roman" w:hAnsi="Times New Roman" w:eastAsia="Times New Roman" w:cs="Times New Roman"/>
          <w:b/>
          <w:sz w:val="24"/>
        </w:rPr>
        <w:t>DECREED</w:t>
      </w:r>
      <w:r>
        <w:rPr>
          <w:rFonts w:ascii="Times New Roman" w:hAnsi="Times New Roman" w:eastAsia="Times New Roman" w:cs="Times New Roman"/>
          <w:b w:val="0"/>
          <w:sz w:val="24"/>
        </w:rPr>
        <w:t xml:space="preserve"> that the Emergency [Ex Parte] Motion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Restraining Order be </w:t>
      </w:r>
      <w:r>
        <w:rPr>
          <w:rFonts w:ascii="Times New Roman" w:hAnsi="Times New Roman" w:eastAsia="Times New Roman" w:cs="Times New Roman"/>
          <w:b/>
          <w:sz w:val="24"/>
        </w:rPr>
        <w:t>GRANTED</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Defendants and all their respective officers, agents, servants, employees, attorneys, and persons acting in concert or participation with them are hereby ordered:</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[Describe the specific actions to be enjoined or compelled].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paragraph for each specific action].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Order is granted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[nationwide/countywide/geographic description] basis.</w:t>
      </w:r>
    </w:p>
    <w:p>
      <w:pPr>
        <w:keepNext w:val="0"/>
        <w:spacing w:before="200" w:after="0" w:line="260" w:lineRule="exact"/>
        <w:ind w:left="1080" w:right="0" w:firstLine="0"/>
        <w:jc w:val="both"/>
      </w:pPr>
      <w:r>
        <w:rPr>
          <w:rFonts w:ascii="Times New Roman" w:hAnsi="Times New Roman" w:eastAsia="Times New Roman" w:cs="Times New Roman"/>
          <w:b w:val="0"/>
          <w:sz w:val="24"/>
        </w:rPr>
        <w:t>This Court has exercised its discretion to determine that [no bond/</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bond of [amount] dollars] shall be required and that this Order shall be effective immediately.</w:t>
      </w:r>
    </w:p>
    <w:p>
      <w:pPr/>
    </w:p>
    <w:p>
      <w:pPr>
        <w:keepNext w:val="0"/>
        <w:spacing w:before="200" w:after="0" w:line="260" w:lineRule="exact"/>
        <w:ind w:left="1080" w:right="0" w:firstLine="0"/>
        <w:jc w:val="both"/>
      </w:pPr>
      <w:r>
        <w:rPr>
          <w:rFonts w:ascii="Times New Roman" w:hAnsi="Times New Roman" w:eastAsia="Times New Roman" w:cs="Times New Roman"/>
          <w:b/>
          <w:sz w:val="24"/>
        </w:rPr>
        <w:t>SO ORDERED</w:t>
      </w:r>
      <w:r>
        <w:rPr>
          <w:rFonts w:ascii="Times New Roman" w:hAnsi="Times New Roman" w:eastAsia="Times New Roman" w:cs="Times New Roman"/>
          <w:b w:val="0"/>
          <w:sz w:val="24"/>
        </w:rPr>
        <w:t xml:space="preserve"> this _______ day of ____________, [year], at [</w:t>
      </w:r>
      <w:r>
        <w:rPr>
          <w:rFonts w:ascii="Times New Roman" w:hAnsi="Times New Roman" w:eastAsia="Times New Roman" w:cs="Times New Roman"/>
          <w:b/>
          <w:sz w:val="24"/>
        </w:rPr>
        <w:t>a</w:t>
      </w:r>
      <w:r>
        <w:rPr>
          <w:rFonts w:ascii="Times New Roman" w:hAnsi="Times New Roman" w:eastAsia="Times New Roman" w:cs="Times New Roman"/>
          <w:b w:val="0"/>
          <w:sz w:val="24"/>
        </w:rPr>
        <w:t>.m./p.m.].</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HONORABLE 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Judge, Superior Court of [county name] County, Georgia</w:t>
      </w:r>
    </w:p>
    <w:p>
      <w:pPr>
        <w:keepNext w:val="0"/>
        <w:spacing w:before="200" w:after="0" w:line="260" w:lineRule="exact"/>
        <w:ind w:left="1080" w:right="0" w:firstLine="0"/>
        <w:jc w:val="both"/>
      </w:pPr>
      <w:r>
        <w:rPr>
          <w:rFonts w:ascii="Times New Roman" w:hAnsi="Times New Roman" w:eastAsia="Times New Roman" w:cs="Times New Roman"/>
          <w:b w:val="0"/>
          <w:sz w:val="24"/>
        </w:rPr>
        <w:t>PREPARED AND PRESENTED BY:</w:t>
      </w:r>
    </w:p>
    <w:p>
      <w:pPr>
        <w:keepNext w:val="0"/>
        <w:spacing w:before="120" w:after="0" w:line="260" w:lineRule="exact"/>
        <w:ind w:left="1080" w:right="0" w:firstLine="0"/>
        <w:jc w:val="left"/>
      </w:pPr>
      <w:r>
        <w:rPr>
          <w:rFonts w:ascii="Times New Roman" w:hAnsi="Times New Roman" w:eastAsia="Times New Roman" w:cs="Times New Roman"/>
          <w:b/>
          <w:sz w:val="24"/>
        </w:rPr>
        <w:t>[Firm name, if any]</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[Attorney name]</w:t>
      </w:r>
    </w:p>
    <w:p>
      <w:pPr>
        <w:keepNext w:val="0"/>
        <w:spacing w:before="120" w:after="0" w:line="260" w:lineRule="exact"/>
        <w:ind w:left="1080" w:right="0" w:firstLine="0"/>
        <w:jc w:val="left"/>
      </w:pPr>
      <w:r>
        <w:rPr>
          <w:rFonts w:ascii="Times New Roman" w:hAnsi="Times New Roman" w:eastAsia="Times New Roman" w:cs="Times New Roman"/>
          <w:b w:val="0"/>
          <w:sz w:val="24"/>
        </w:rPr>
        <w:t>Georgia Bar No. [state bar ID number]</w:t>
      </w:r>
    </w:p>
    <w:p>
      <w:pPr>
        <w:keepNext w:val="0"/>
        <w:spacing w:before="120" w:after="0" w:line="260" w:lineRule="exact"/>
        <w:ind w:left="1080" w:right="0" w:firstLine="0"/>
        <w:jc w:val="left"/>
      </w:pPr>
      <w:r>
        <w:rPr>
          <w:rFonts w:ascii="Times New Roman" w:hAnsi="Times New Roman" w:eastAsia="Times New Roman" w:cs="Times New Roman"/>
          <w:b w:val="0"/>
          <w:sz w:val="24"/>
        </w:rPr>
        <w:t>Attorney for Plaintiff</w:t>
      </w:r>
    </w:p>
    <w:p>
      <w:pPr>
        <w:keepNext w:val="0"/>
        <w:spacing w:before="120" w:after="0" w:line="260" w:lineRule="exact"/>
        <w:ind w:left="1080" w:right="0" w:firstLine="0"/>
        <w:jc w:val="left"/>
      </w:pPr>
      <w:r>
        <w:rPr>
          <w:rFonts w:ascii="Times New Roman" w:hAnsi="Times New Roman" w:eastAsia="Times New Roman" w:cs="Times New Roman"/>
          <w:b w:val="0"/>
          <w:sz w:val="24"/>
        </w:rPr>
        <w:t>[address]</w:t>
      </w:r>
    </w:p>
    <w:p>
      <w:pPr>
        <w:keepNext w:val="0"/>
        <w:spacing w:before="120" w:after="0" w:line="260" w:lineRule="exact"/>
        <w:ind w:left="1080" w:right="0" w:firstLine="0"/>
        <w:jc w:val="left"/>
      </w:pPr>
      <w:r>
        <w:rPr>
          <w:rFonts w:ascii="Times New Roman" w:hAnsi="Times New Roman" w:eastAsia="Times New Roman" w:cs="Times New Roman"/>
          <w:b w:val="0"/>
          <w:sz w:val="24"/>
        </w:rPr>
        <w:t>Tel. [phone number]</w:t>
      </w:r>
    </w:p>
    <w:p>
      <w:pPr>
        <w:keepNext w:val="0"/>
        <w:spacing w:before="120" w:after="0" w:line="260" w:lineRule="exact"/>
        <w:ind w:left="1080" w:right="0" w:firstLine="0"/>
        <w:jc w:val="left"/>
      </w:pPr>
      <w:r>
        <w:rPr>
          <w:rFonts w:ascii="Times New Roman" w:hAnsi="Times New Roman" w:eastAsia="Times New Roman" w:cs="Times New Roman"/>
          <w:b w:val="0"/>
          <w:sz w:val="24"/>
        </w:rPr>
        <w:t>Fax: [fax number]</w:t>
      </w:r>
    </w:p>
    <w:p>
      <w:pPr>
        <w:keepNext w:val="0"/>
        <w:spacing w:before="120" w:after="0" w:line="260" w:lineRule="exact"/>
        <w:ind w:left="1080" w:right="0" w:firstLine="0"/>
        <w:jc w:val="left"/>
      </w:pPr>
      <w:r>
        <w:rPr>
          <w:rFonts w:ascii="Times New Roman" w:hAnsi="Times New Roman" w:eastAsia="Times New Roman" w:cs="Times New Roman"/>
          <w:b w:val="0"/>
          <w:sz w:val="24"/>
        </w:rPr>
        <w:t>[email address]</w:t>
      </w:r>
    </w:p>
    <w:p>
      <w:pPr/>
    </w:p>
    <w:p>
      <w:pPr>
        <w:keepNext w:val="0"/>
        <w:spacing w:before="200" w:after="0" w:line="260" w:lineRule="exact"/>
        <w:ind w:left="720" w:right="0" w:firstLine="0"/>
        <w:jc w:val="center"/>
      </w:pPr>
      <w:r>
        <w:rPr>
          <w:rFonts w:ascii="Times New Roman" w:hAnsi="Times New Roman" w:eastAsia="Times New Roman" w:cs="Times New Roman"/>
          <w:b w:val="0"/>
          <w:sz w:val="24"/>
        </w:rPr>
        <w:t>IN THE [state or superior] COURT OF [county name] COUNTY</w:t>
      </w:r>
    </w:p>
    <w:p>
      <w:pPr>
        <w:keepNext w:val="0"/>
        <w:spacing w:before="200" w:after="0" w:line="260" w:lineRule="exact"/>
        <w:ind w:left="720" w:right="0" w:firstLine="0"/>
        <w:jc w:val="center"/>
      </w:pPr>
      <w:r>
        <w:rPr>
          <w:rFonts w:ascii="Times New Roman" w:hAnsi="Times New Roman" w:eastAsia="Times New Roman" w:cs="Times New Roman"/>
          <w:b w:val="0"/>
          <w:sz w:val="24"/>
        </w:rPr>
        <w:t>STATE OF GEORGIA</w:t>
      </w:r>
    </w:p>
    <w:p>
      <w:pPr>
        <w:keepNext w:val="0"/>
        <w:spacing w:before="200" w:after="0" w:line="260" w:lineRule="exact"/>
        <w:ind w:left="720" w:right="0" w:firstLine="0"/>
        <w:jc w:val="center"/>
      </w:pPr>
      <w:r>
        <w:rPr>
          <w:rFonts w:ascii="Times New Roman" w:hAnsi="Times New Roman" w:eastAsia="Times New Roman" w:cs="Times New Roman"/>
          <w:b w:val="0"/>
          <w:sz w:val="24"/>
        </w:rPr>
        <w:t>CERTIFICATE OF SERVICE</w:t>
      </w:r>
    </w:p>
    <w:p>
      <w:pPr>
        <w:keepNext w:val="0"/>
        <w:spacing w:before="200" w:after="0" w:line="260" w:lineRule="exact"/>
        <w:ind w:left="1080" w:right="0" w:firstLine="0"/>
        <w:jc w:val="both"/>
      </w:pPr>
      <w:r>
        <w:rPr>
          <w:rFonts w:ascii="Times New Roman" w:hAnsi="Times New Roman" w:eastAsia="Times New Roman" w:cs="Times New Roman"/>
          <w:b/>
          <w:sz w:val="24"/>
        </w:rPr>
        <w:t>I HEREBY CERTIFY</w:t>
      </w:r>
      <w:r>
        <w:rPr>
          <w:rFonts w:ascii="Times New Roman" w:hAnsi="Times New Roman" w:eastAsia="Times New Roman" w:cs="Times New Roman"/>
          <w:b w:val="0"/>
          <w:sz w:val="24"/>
        </w:rPr>
        <w:t xml:space="preserve"> that I have this day served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[title of filing(s)] upon all parties in this matter by serving same, via [method of service], to:</w:t>
      </w:r>
    </w:p>
    <w:p>
      <w:pPr>
        <w:keepNext w:val="0"/>
        <w:spacing w:before="200" w:after="0" w:line="260" w:lineRule="exact"/>
        <w:ind w:left="1440" w:right="0" w:firstLine="0"/>
        <w:jc w:val="both"/>
      </w:pPr>
      <w:r>
        <w:rPr>
          <w:rFonts w:ascii="Times New Roman" w:hAnsi="Times New Roman" w:eastAsia="Times New Roman" w:cs="Times New Roman"/>
          <w:b w:val="0"/>
          <w:sz w:val="24"/>
        </w:rPr>
        <w:t>[Firm name, if any]</w:t>
      </w:r>
    </w:p>
    <w:p>
      <w:pPr>
        <w:keepNext w:val="0"/>
        <w:spacing w:before="200" w:after="0" w:line="260" w:lineRule="exact"/>
        <w:ind w:left="1440" w:right="0" w:firstLine="0"/>
        <w:jc w:val="both"/>
      </w:pPr>
      <w:r>
        <w:rPr>
          <w:rFonts w:ascii="Times New Roman" w:hAnsi="Times New Roman" w:eastAsia="Times New Roman" w:cs="Times New Roman"/>
          <w:b w:val="0"/>
          <w:sz w:val="24"/>
        </w:rPr>
        <w:t>[Name]</w:t>
      </w:r>
    </w:p>
    <w:p>
      <w:pPr>
        <w:keepNext w:val="0"/>
        <w:spacing w:before="200" w:after="0" w:line="260" w:lineRule="exact"/>
        <w:ind w:left="1440" w:right="0" w:firstLine="0"/>
        <w:jc w:val="both"/>
      </w:pPr>
      <w:r>
        <w:rPr>
          <w:rFonts w:ascii="Times New Roman" w:hAnsi="Times New Roman" w:eastAsia="Times New Roman" w:cs="Times New Roman"/>
          <w:b w:val="0"/>
          <w:sz w:val="24"/>
        </w:rPr>
        <w:t>[Address]</w:t>
      </w:r>
    </w:p>
    <w:p>
      <w:pPr/>
    </w:p>
    <w:p>
      <w:pPr>
        <w:keepNext w:val="0"/>
        <w:spacing w:before="200" w:after="0" w:line="260" w:lineRule="exact"/>
        <w:ind w:left="1080" w:right="0" w:firstLine="0"/>
        <w:jc w:val="both"/>
      </w:pPr>
      <w:r>
        <w:rPr>
          <w:rFonts w:ascii="Times New Roman" w:hAnsi="Times New Roman" w:eastAsia="Times New Roman" w:cs="Times New Roman"/>
          <w:b w:val="0"/>
          <w:sz w:val="24"/>
        </w:rPr>
        <w:t>This [ordinal number] day of [month], [year].</w:t>
      </w:r>
    </w:p>
    <w:p>
      <w:pPr>
        <w:keepNext w:val="0"/>
        <w:spacing w:before="120" w:after="0" w:line="260" w:lineRule="exact"/>
        <w:ind w:left="1080" w:right="0" w:firstLine="0"/>
        <w:jc w:val="left"/>
      </w:pPr>
      <w:r>
        <w:rPr>
          <w:rFonts w:ascii="Times New Roman" w:hAnsi="Times New Roman" w:eastAsia="Times New Roman" w:cs="Times New Roman"/>
          <w:b w:val="0"/>
          <w:sz w:val="24"/>
        </w:rPr>
        <w:t>Respectfully submitted,</w:t>
      </w:r>
    </w:p>
    <w:p>
      <w:pPr>
        <w:keepNext w:val="0"/>
        <w:spacing w:before="120" w:after="0" w:line="260" w:lineRule="exact"/>
        <w:ind w:left="1080" w:right="0" w:firstLine="0"/>
        <w:jc w:val="left"/>
      </w:pPr>
      <w:r>
        <w:rPr>
          <w:rFonts w:ascii="Times New Roman" w:hAnsi="Times New Roman" w:eastAsia="Times New Roman" w:cs="Times New Roman"/>
          <w:b/>
          <w:sz w:val="24"/>
        </w:rPr>
        <w:t>[Firm name, if any]</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[Attorney name]</w:t>
      </w:r>
    </w:p>
    <w:p>
      <w:pPr>
        <w:keepNext w:val="0"/>
        <w:spacing w:before="120" w:after="0" w:line="260" w:lineRule="exact"/>
        <w:ind w:left="1080" w:right="0" w:firstLine="0"/>
        <w:jc w:val="left"/>
      </w:pPr>
      <w:r>
        <w:rPr>
          <w:rFonts w:ascii="Times New Roman" w:hAnsi="Times New Roman" w:eastAsia="Times New Roman" w:cs="Times New Roman"/>
          <w:b w:val="0"/>
          <w:sz w:val="24"/>
        </w:rPr>
        <w:t>Georgia Bar No. [state bar ID number]</w:t>
      </w:r>
    </w:p>
    <w:p>
      <w:pPr>
        <w:keepNext w:val="0"/>
        <w:spacing w:before="120" w:after="0" w:line="260" w:lineRule="exact"/>
        <w:ind w:left="1080" w:right="0" w:firstLine="0"/>
        <w:jc w:val="left"/>
      </w:pPr>
      <w:r>
        <w:rPr>
          <w:rFonts w:ascii="Times New Roman" w:hAnsi="Times New Roman" w:eastAsia="Times New Roman" w:cs="Times New Roman"/>
          <w:b w:val="0"/>
          <w:sz w:val="24"/>
        </w:rPr>
        <w:t>Attorney for Plaintiff</w:t>
      </w:r>
    </w:p>
    <w:p>
      <w:pPr>
        <w:keepNext w:val="0"/>
        <w:spacing w:before="200" w:after="0" w:line="260" w:lineRule="exact"/>
        <w:ind w:left="1080" w:right="0" w:firstLine="0"/>
        <w:jc w:val="both"/>
      </w:pPr>
      <w:r>
        <w:rPr>
          <w:rFonts w:ascii="Times New Roman" w:hAnsi="Times New Roman" w:eastAsia="Times New Roman" w:cs="Times New Roman"/>
          <w:b w:val="0"/>
          <w:sz w:val="24"/>
        </w:rPr>
        <w:t>[address]</w:t>
      </w:r>
    </w:p>
    <w:p>
      <w:pPr>
        <w:keepNext w:val="0"/>
        <w:spacing w:before="200" w:after="0" w:line="260" w:lineRule="exact"/>
        <w:ind w:left="1080" w:right="0" w:firstLine="0"/>
        <w:jc w:val="both"/>
      </w:pPr>
      <w:r>
        <w:rPr>
          <w:rFonts w:ascii="Times New Roman" w:hAnsi="Times New Roman" w:eastAsia="Times New Roman" w:cs="Times New Roman"/>
          <w:b w:val="0"/>
          <w:sz w:val="24"/>
        </w:rPr>
        <w:t>Tel.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Fax: [fax number]</w:t>
      </w:r>
    </w:p>
    <w:p>
      <w:pPr>
        <w:keepNext w:val="0"/>
        <w:spacing w:before="200" w:after="0" w:line="260" w:lineRule="exact"/>
        <w:ind w:left="1080" w:right="0" w:firstLine="0"/>
        <w:jc w:val="both"/>
      </w:pPr>
      <w:r>
        <w:rPr>
          <w:rFonts w:ascii="Times New Roman" w:hAnsi="Times New Roman" w:eastAsia="Times New Roman" w:cs="Times New Roman"/>
          <w:b w:val="0"/>
          <w:sz w:val="24"/>
        </w:rPr>
        <w:t>[email address]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