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Voluntary Dismissal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PLAINTIFF [PLAINTIFF'S NAME]'S MOTION FOR VOLUNTARY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DISMISSAL WITHOUT PREJDUICE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name], by and through [his/her/its] attorneys, and pursuant to 735 ILCS 5/2-1009(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of the Illinois Code of Civil Procedure, hereby moves to voluntarily dismiss its case without prejudice, and in support thereof states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FACTUAL AND PROCEDURAL BACKGROUND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Plaintiff filed its complaint in this action.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brief factual and procedural history of the litigation, including any facts or events relevant to the motion].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ARGUMENT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Under Section 2-1009(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plaintiff may voluntarily dismiss its complaint, without prejudice,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matter of right at any time before trial. See 735 ILCS 5/2-1009(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plaintiff's right to voluntarily dismiss its complaint pursuant to Section 2-1009(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is unfettered so long as the plaintiff (1) provides notice to all parties who have appeared; and (2) pays costs. See Morrison v. Wagner, 191 Ill. 2d 162, 165 (2000).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Trial has not yet begun in this action.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provided notice to all parties who have appeared in this case.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paid all required costs.</w:t>
      </w:r>
    </w:p>
    <w:p>
      <w:pPr/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respectfully requests that this Court grant Plaintiff's motion and enter and order voluntarily dismissing the complaint without prejudice.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One of its attorneys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Illinois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Firm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EXHIBIT [number or letter].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([exhibit name, e.g., "Affidavit of [affiant]")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Plaintiff [plaintiff's name] Motion for Voluntary Dismissal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 be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