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in Limine Memorandum of Law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[Counsel names / bar number]</w:t>
      </w:r>
    </w:p>
    <w:p>
      <w:pPr>
        <w:keepNext w:val="0"/>
        <w:spacing w:before="200" w:after="0" w:line="260" w:lineRule="exact"/>
        <w:ind w:left="360" w:right="0" w:firstLine="0"/>
        <w:jc w:val="both"/>
      </w:pPr>
      <w:r>
        <w:rPr>
          <w:rFonts w:ascii="Times New Roman" w:hAnsi="Times New Roman" w:eastAsia="Times New Roman" w:cs="Times New Roman"/>
          <w:b w:val="0"/>
          <w:sz w:val="24"/>
        </w:rPr>
        <w:t>[Firm information]</w:t>
      </w:r>
    </w:p>
    <w:p>
      <w:pPr>
        <w:keepNext w:val="0"/>
        <w:spacing w:before="200" w:after="0" w:line="260" w:lineRule="exact"/>
        <w:ind w:left="360" w:right="0" w:firstLine="0"/>
        <w:jc w:val="both"/>
      </w:pPr>
      <w:r>
        <w:rPr>
          <w:rFonts w:ascii="Times New Roman" w:hAnsi="Times New Roman" w:eastAsia="Times New Roman" w:cs="Times New Roman"/>
          <w:b w:val="0"/>
          <w:sz w:val="24"/>
        </w:rPr>
        <w:t>[Email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 [party designation]</w:t>
      </w:r>
    </w:p>
    <w:p>
      <w:pPr>
        <w:keepNext w:val="0"/>
        <w:spacing w:before="200" w:after="0" w:line="260" w:lineRule="exact"/>
        <w:ind w:left="360" w:right="0" w:firstLine="0"/>
        <w:jc w:val="both"/>
      </w:pPr>
      <w:r>
        <w:rPr>
          <w:rFonts w:ascii="Times New Roman" w:hAnsi="Times New Roman" w:eastAsia="Times New Roman" w:cs="Times New Roman"/>
          <w:b w:val="0"/>
          <w:sz w:val="24"/>
        </w:rPr>
        <w:t>[Name of party]</w:t>
      </w:r>
    </w:p>
    <w:p>
      <w:pPr>
        <w:keepNext w:val="0"/>
        <w:spacing w:before="200" w:after="0" w:line="260" w:lineRule="exact"/>
        <w:ind w:left="360" w:right="0" w:firstLine="0"/>
        <w:jc w:val="center"/>
      </w:pPr>
      <w:r>
        <w:rPr>
          <w:rFonts w:ascii="Times New Roman" w:hAnsi="Times New Roman" w:eastAsia="Times New Roman" w:cs="Times New Roman"/>
          <w:b/>
          <w:sz w:val="24"/>
        </w:rPr>
        <w:t>IN THE UNITED STATES DISTRICT COURT</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FOR THE</w:t>
      </w:r>
      <w:r>
        <w:rPr>
          <w:rFonts w:ascii="Times New Roman" w:hAnsi="Times New Roman" w:eastAsia="Times New Roman" w:cs="Times New Roman"/>
          <w:b w:val="0"/>
          <w:sz w:val="24"/>
        </w:rPr>
        <w:t xml:space="preserve"> [NAME] </w:t>
      </w:r>
      <w:r>
        <w:rPr>
          <w:rFonts w:ascii="Times New Roman" w:hAnsi="Times New Roman" w:eastAsia="Times New Roman" w:cs="Times New Roman"/>
          <w:b/>
          <w:sz w:val="24"/>
        </w:rPr>
        <w:t>DISTRICT of</w:t>
      </w:r>
      <w:r>
        <w:rPr>
          <w:rFonts w:ascii="Times New Roman" w:hAnsi="Times New Roman" w:eastAsia="Times New Roman" w:cs="Times New Roman"/>
          <w:b w:val="0"/>
          <w:sz w:val="24"/>
        </w:rPr>
        <w:t xml:space="preserve"> [STATE] </w:t>
      </w: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[NAME] </w:t>
      </w:r>
      <w:r>
        <w:rPr>
          <w:rFonts w:ascii="Times New Roman" w:hAnsi="Times New Roman" w:eastAsia="Times New Roman" w:cs="Times New Roman"/>
          <w:b/>
          <w:sz w:val="24"/>
        </w:rPr>
        <w:t>DIVISION</w:t>
      </w:r>
    </w:p>
    <w:p>
      <w:pPr>
        <w:keepNext w:val="0"/>
        <w:spacing w:before="200" w:after="0" w:line="260" w:lineRule="exact"/>
        <w:ind w:left="360" w:right="0" w:firstLine="0"/>
        <w:jc w:val="center"/>
      </w:pPr>
      <w:r>
        <w:rPr>
          <w:rFonts w:ascii="Times New Roman" w:hAnsi="Times New Roman" w:eastAsia="Times New Roman" w:cs="Times New Roman"/>
          <w:b/>
          <w:sz w:val="24"/>
        </w:rPr>
        <w:t>[MOVING PARTY’S NAME]’S</w:t>
      </w:r>
      <w:r>
        <w:rPr>
          <w:rFonts w:ascii="Times New Roman" w:hAnsi="Times New Roman" w:eastAsia="Times New Roman" w:cs="Times New Roman"/>
          <w:b/>
          <w:sz w:val="24"/>
        </w:rPr>
        <w:t>MOTION IN LIMINE NO.</w:t>
      </w:r>
      <w:r>
        <w:rPr>
          <w:rFonts w:ascii="Times New Roman" w:hAnsi="Times New Roman" w:eastAsia="Times New Roman" w:cs="Times New Roman"/>
          <w:b/>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TO [DESCRIBE RELIEF SOUGHT]</w:t>
      </w:r>
    </w:p>
    <w:p>
      <w:pPr>
        <w:keepNext w:val="0"/>
        <w:spacing w:before="120" w:after="0" w:line="260" w:lineRule="exact"/>
        <w:ind w:left="360" w:right="0" w:firstLine="0"/>
        <w:jc w:val="left"/>
      </w:pPr>
      <w:r>
        <w:rPr>
          <w:rFonts w:ascii="Times New Roman" w:hAnsi="Times New Roman" w:eastAsia="Times New Roman" w:cs="Times New Roman"/>
          <w:b/>
          <w:sz w:val="24"/>
        </w:rPr>
        <w:t>TABLE OF CONTENTS</w:t>
      </w:r>
    </w:p>
    <w:p>
      <w:pPr>
        <w:keepNext w:val="0"/>
        <w:spacing w:before="200" w:after="0" w:line="260" w:lineRule="exact"/>
        <w:ind w:left="720" w:right="0" w:firstLine="0"/>
        <w:jc w:val="both"/>
      </w:pPr>
      <w:r>
        <w:rPr>
          <w:rFonts w:ascii="Times New Roman" w:hAnsi="Times New Roman" w:eastAsia="Times New Roman" w:cs="Times New Roman"/>
          <w:b w:val="0"/>
          <w:sz w:val="24"/>
        </w:rPr>
        <w:t>Preliminary Statement……………………………………………………………………[page #]</w:t>
      </w:r>
    </w:p>
    <w:p>
      <w:pPr>
        <w:keepNext w:val="0"/>
        <w:spacing w:before="200" w:after="0" w:line="260" w:lineRule="exact"/>
        <w:ind w:left="720" w:right="0" w:firstLine="0"/>
        <w:jc w:val="both"/>
      </w:pPr>
      <w:r>
        <w:rPr>
          <w:rFonts w:ascii="Times New Roman" w:hAnsi="Times New Roman" w:eastAsia="Times New Roman" w:cs="Times New Roman"/>
          <w:b w:val="0"/>
          <w:sz w:val="24"/>
        </w:rPr>
        <w:t>Statement of Facts…………………………………………………………………………[page #]</w:t>
      </w:r>
    </w:p>
    <w:p>
      <w:pPr>
        <w:keepNext w:val="0"/>
        <w:spacing w:before="200" w:after="0" w:line="260" w:lineRule="exact"/>
        <w:ind w:left="720" w:right="0" w:firstLine="0"/>
        <w:jc w:val="both"/>
      </w:pPr>
      <w:r>
        <w:rPr>
          <w:rFonts w:ascii="Times New Roman" w:hAnsi="Times New Roman" w:eastAsia="Times New Roman" w:cs="Times New Roman"/>
          <w:b w:val="0"/>
          <w:sz w:val="24"/>
        </w:rPr>
        <w:t>Legal Argument……………………………………………………………………………[page #]</w:t>
      </w:r>
    </w:p>
    <w:p>
      <w:pPr>
        <w:keepNext w:val="0"/>
        <w:spacing w:before="200" w:after="0" w:line="260" w:lineRule="exact"/>
        <w:ind w:left="720" w:right="0" w:firstLine="0"/>
        <w:jc w:val="both"/>
      </w:pPr>
      <w:r>
        <w:rPr>
          <w:rFonts w:ascii="Times New Roman" w:hAnsi="Times New Roman" w:eastAsia="Times New Roman" w:cs="Times New Roman"/>
          <w:b w:val="0"/>
          <w:sz w:val="24"/>
        </w:rPr>
        <w:t>[Subheading: Strongest argument]………………………………………………………[page #]</w:t>
      </w:r>
    </w:p>
    <w:p>
      <w:pPr>
        <w:keepNext w:val="0"/>
        <w:spacing w:before="200" w:after="0" w:line="260" w:lineRule="exact"/>
        <w:ind w:left="720" w:right="0" w:firstLine="0"/>
        <w:jc w:val="both"/>
      </w:pPr>
      <w:r>
        <w:rPr>
          <w:rFonts w:ascii="Times New Roman" w:hAnsi="Times New Roman" w:eastAsia="Times New Roman" w:cs="Times New Roman"/>
          <w:b w:val="0"/>
          <w:sz w:val="24"/>
        </w:rPr>
        <w:t>[Subheading: Next strongest argument]…………………………………………………[page #]</w:t>
      </w:r>
    </w:p>
    <w:p>
      <w:pPr>
        <w:keepNext w:val="0"/>
        <w:spacing w:before="200" w:after="0" w:line="260" w:lineRule="exact"/>
        <w:ind w:left="720" w:right="0" w:firstLine="0"/>
        <w:jc w:val="both"/>
      </w:pPr>
      <w:r>
        <w:rPr>
          <w:rFonts w:ascii="Times New Roman" w:hAnsi="Times New Roman" w:eastAsia="Times New Roman" w:cs="Times New Roman"/>
          <w:b w:val="0"/>
          <w:sz w:val="24"/>
        </w:rPr>
        <w:t>Conclusion………….……………………………………………………………………[page #]</w:t>
      </w:r>
    </w:p>
    <w:p>
      <w:pPr>
        <w:keepNext w:val="0"/>
        <w:spacing w:before="120" w:after="0" w:line="260" w:lineRule="exact"/>
        <w:ind w:left="360" w:right="0" w:firstLine="0"/>
        <w:jc w:val="left"/>
      </w:pPr>
      <w:r>
        <w:rPr>
          <w:rFonts w:ascii="Times New Roman" w:hAnsi="Times New Roman" w:eastAsia="Times New Roman" w:cs="Times New Roman"/>
          <w:b/>
          <w:sz w:val="24"/>
        </w:rPr>
        <w:t>TABLE OF AUTHORITIES</w:t>
      </w:r>
    </w:p>
    <w:p>
      <w:pPr>
        <w:keepNext w:val="0"/>
        <w:spacing w:before="200" w:after="0" w:line="260" w:lineRule="exact"/>
        <w:ind w:left="720" w:right="0" w:firstLine="0"/>
        <w:jc w:val="both"/>
      </w:pPr>
      <w:r>
        <w:rPr>
          <w:rFonts w:ascii="Times New Roman" w:hAnsi="Times New Roman" w:eastAsia="Times New Roman" w:cs="Times New Roman"/>
          <w:b/>
          <w:sz w:val="24"/>
        </w:rPr>
        <w:t>Cases</w:t>
      </w:r>
    </w:p>
    <w:p>
      <w:pPr>
        <w:keepNext w:val="0"/>
        <w:spacing w:before="200" w:after="0" w:line="260" w:lineRule="exact"/>
        <w:ind w:left="720" w:right="0" w:firstLine="0"/>
        <w:jc w:val="both"/>
      </w:pPr>
      <w:r>
        <w:rPr>
          <w:rFonts w:ascii="Times New Roman" w:hAnsi="Times New Roman" w:eastAsia="Times New Roman" w:cs="Times New Roman"/>
          <w:b w:val="0"/>
          <w:sz w:val="24"/>
        </w:rPr>
        <w:t>[Case name and citation]………………………………………………………………...[page #]</w:t>
      </w:r>
    </w:p>
    <w:p>
      <w:pPr>
        <w:keepNext w:val="0"/>
        <w:spacing w:before="200" w:after="0" w:line="260" w:lineRule="exact"/>
        <w:ind w:left="720" w:right="0" w:firstLine="0"/>
        <w:jc w:val="both"/>
      </w:pPr>
      <w:r>
        <w:rPr>
          <w:rFonts w:ascii="Times New Roman" w:hAnsi="Times New Roman" w:eastAsia="Times New Roman" w:cs="Times New Roman"/>
          <w:b/>
          <w:sz w:val="24"/>
        </w:rPr>
        <w:t>Statutes</w:t>
      </w:r>
    </w:p>
    <w:p>
      <w:pPr>
        <w:keepNext w:val="0"/>
        <w:spacing w:before="200" w:after="0" w:line="260" w:lineRule="exact"/>
        <w:ind w:left="720" w:right="0" w:firstLine="0"/>
        <w:jc w:val="both"/>
      </w:pPr>
      <w:r>
        <w:rPr>
          <w:rFonts w:ascii="Times New Roman" w:hAnsi="Times New Roman" w:eastAsia="Times New Roman" w:cs="Times New Roman"/>
          <w:b w:val="0"/>
          <w:sz w:val="24"/>
        </w:rPr>
        <w:t>[Statute citation]………………………………………………………………………….[page #]</w:t>
      </w:r>
    </w:p>
    <w:p>
      <w:pPr>
        <w:keepNext w:val="0"/>
        <w:spacing w:before="200" w:after="0" w:line="260" w:lineRule="exact"/>
        <w:ind w:left="720" w:right="0" w:firstLine="0"/>
        <w:jc w:val="both"/>
      </w:pPr>
      <w:r>
        <w:rPr>
          <w:rFonts w:ascii="Times New Roman" w:hAnsi="Times New Roman" w:eastAsia="Times New Roman" w:cs="Times New Roman"/>
          <w:b/>
          <w:sz w:val="24"/>
        </w:rPr>
        <w:t>Regulations</w:t>
      </w:r>
    </w:p>
    <w:p>
      <w:pPr>
        <w:keepNext w:val="0"/>
        <w:spacing w:before="200" w:after="0" w:line="260" w:lineRule="exact"/>
        <w:ind w:left="720" w:right="0" w:firstLine="0"/>
        <w:jc w:val="both"/>
      </w:pPr>
      <w:r>
        <w:rPr>
          <w:rFonts w:ascii="Times New Roman" w:hAnsi="Times New Roman" w:eastAsia="Times New Roman" w:cs="Times New Roman"/>
          <w:b w:val="0"/>
          <w:sz w:val="24"/>
        </w:rPr>
        <w:t>[Regulation citation]…………………………………………………………………….[page #]</w:t>
      </w:r>
    </w:p>
    <w:p>
      <w:pPr>
        <w:keepNext w:val="0"/>
        <w:spacing w:before="200" w:after="0" w:line="260" w:lineRule="exact"/>
        <w:ind w:left="360" w:right="0" w:firstLine="0"/>
        <w:jc w:val="both"/>
      </w:pPr>
      <w:r>
        <w:rPr>
          <w:rFonts w:ascii="Times New Roman" w:hAnsi="Times New Roman" w:eastAsia="Times New Roman" w:cs="Times New Roman"/>
          <w:b w:val="0"/>
          <w:sz w:val="24"/>
        </w:rPr>
        <w:t>[Moving party’s name] respectfully submits this memorandum of law in support of [his/her/its] motion in limine to exclude [describe relief sought] at trial.</w:t>
      </w:r>
    </w:p>
    <w:p>
      <w:pPr>
        <w:keepNext w:val="0"/>
        <w:spacing w:before="120" w:after="0" w:line="260" w:lineRule="exact"/>
        <w:ind w:left="360" w:right="0" w:firstLine="0"/>
        <w:jc w:val="left"/>
      </w:pPr>
      <w:r>
        <w:rPr>
          <w:rFonts w:ascii="Times New Roman" w:hAnsi="Times New Roman" w:eastAsia="Times New Roman" w:cs="Times New Roman"/>
          <w:b/>
          <w:sz w:val="24"/>
        </w:rPr>
        <w:t>PRELIMINARY STATEMENT</w:t>
      </w:r>
    </w:p>
    <w:p>
      <w:pPr>
        <w:keepNext w:val="0"/>
        <w:spacing w:before="200" w:after="0" w:line="260" w:lineRule="exact"/>
        <w:ind w:left="720" w:right="0" w:firstLine="0"/>
        <w:jc w:val="both"/>
      </w:pPr>
      <w:r>
        <w:rPr>
          <w:rFonts w:ascii="Times New Roman" w:hAnsi="Times New Roman" w:eastAsia="Times New Roman" w:cs="Times New Roman"/>
          <w:b w:val="0"/>
          <w:sz w:val="24"/>
        </w:rPr>
        <w:t>[Moving party’s name] makes this motion to exclude [describe evidence you seek to exclude] at trial and to prohibit any party from referring to this excluded evidence during the trial, including during opening statements, witness examinations, and closing arguments.</w:t>
      </w:r>
    </w:p>
    <w:p>
      <w:pPr>
        <w:keepNext w:val="0"/>
        <w:spacing w:before="200" w:after="0" w:line="260" w:lineRule="exact"/>
        <w:ind w:left="720" w:right="0" w:firstLine="0"/>
        <w:jc w:val="both"/>
      </w:pPr>
      <w:r>
        <w:rPr>
          <w:rFonts w:ascii="Times New Roman" w:hAnsi="Times New Roman" w:eastAsia="Times New Roman" w:cs="Times New Roman"/>
          <w:b w:val="0"/>
          <w:sz w:val="24"/>
        </w:rPr>
        <w:t>[Add any information you need to summarize your argument.]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For these reasons, and the reasons set forth herein, [moving party’s name] respectfully requests that this court enter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precluding the admission of [describe evidence you seek to exclude] by any party at trial and prohibiting any party from referring to this excluded evidence during the trial, and for such other and further relief as the court deems just and proper.</w:t>
      </w:r>
    </w:p>
    <w:p>
      <w:pPr>
        <w:keepNext w:val="0"/>
        <w:spacing w:before="120" w:after="0" w:line="260" w:lineRule="exact"/>
        <w:ind w:left="360" w:right="0" w:firstLine="0"/>
        <w:jc w:val="left"/>
      </w:pPr>
      <w:r>
        <w:rPr>
          <w:rFonts w:ascii="Times New Roman" w:hAnsi="Times New Roman" w:eastAsia="Times New Roman" w:cs="Times New Roman"/>
          <w:b/>
          <w:sz w:val="24"/>
        </w:rPr>
        <w:t>STATEMENT OF FACTS</w:t>
      </w:r>
    </w:p>
    <w:p>
      <w:pPr>
        <w:keepNext w:val="0"/>
        <w:spacing w:before="200" w:after="0" w:line="260" w:lineRule="exact"/>
        <w:ind w:left="720" w:right="0" w:firstLine="0"/>
        <w:jc w:val="both"/>
      </w:pPr>
      <w:r>
        <w:rPr>
          <w:rFonts w:ascii="Times New Roman" w:hAnsi="Times New Roman" w:eastAsia="Times New Roman" w:cs="Times New Roman"/>
          <w:b w:val="0"/>
          <w:sz w:val="24"/>
        </w:rPr>
        <w:t>[relevant facts necessary to support your argument.]</w:t>
      </w:r>
    </w:p>
    <w:p>
      <w:pPr>
        <w:keepNext w:val="0"/>
        <w:spacing w:before="120" w:after="0" w:line="260" w:lineRule="exact"/>
        <w:ind w:left="360" w:right="0" w:firstLine="0"/>
        <w:jc w:val="left"/>
      </w:pPr>
      <w:r>
        <w:rPr>
          <w:rFonts w:ascii="Times New Roman" w:hAnsi="Times New Roman" w:eastAsia="Times New Roman" w:cs="Times New Roman"/>
          <w:b/>
          <w:sz w:val="24"/>
        </w:rPr>
        <w:t>LEGAL ARGUMENT</w:t>
      </w:r>
    </w:p>
    <w:p>
      <w:pPr>
        <w:keepNext w:val="0"/>
        <w:spacing w:before="200" w:after="0" w:line="260" w:lineRule="exact"/>
        <w:ind w:left="720" w:right="0" w:firstLine="0"/>
        <w:jc w:val="both"/>
      </w:pPr>
      <w:r>
        <w:rPr>
          <w:rFonts w:ascii="Times New Roman" w:hAnsi="Times New Roman" w:eastAsia="Times New Roman" w:cs="Times New Roman"/>
          <w:b w:val="0"/>
          <w:sz w:val="24"/>
        </w:rPr>
        <w:t>[legal argument citing relevant authorities and including additional points as necessary to cover all your arguments.]</w:t>
      </w:r>
    </w:p>
    <w:p>
      <w:pPr>
        <w:keepNext w:val="0"/>
        <w:spacing w:before="120" w:after="0" w:line="260" w:lineRule="exact"/>
        <w:ind w:left="360" w:right="0" w:firstLine="0"/>
        <w:jc w:val="left"/>
      </w:pPr>
      <w:r>
        <w:rPr>
          <w:rFonts w:ascii="Times New Roman" w:hAnsi="Times New Roman" w:eastAsia="Times New Roman" w:cs="Times New Roman"/>
          <w:b/>
          <w:sz w:val="24"/>
        </w:rPr>
        <w:t>CONCLUSION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Based on the foregoing, [moving party’s name] respectfully requests that this court enter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precluding the admission of [describe evidence you seek to exclude] by any party at trial and prohibiting any party from referring to this excluded evidence during the trial, and for such other and further relief as the court deems just and proper.</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[Your name]</w:t>
      </w:r>
    </w:p>
    <w:p>
      <w:pPr>
        <w:keepNext w:val="0"/>
        <w:spacing w:before="120" w:after="0" w:line="260" w:lineRule="exact"/>
        <w:ind w:left="360" w:right="0" w:firstLine="0"/>
        <w:jc w:val="left"/>
      </w:pPr>
      <w:r>
        <w:rPr>
          <w:rFonts w:ascii="Times New Roman" w:hAnsi="Times New Roman" w:eastAsia="Times New Roman" w:cs="Times New Roman"/>
          <w:b w:val="0"/>
          <w:sz w:val="24"/>
        </w:rPr>
        <w:t>[Firm street address]</w:t>
      </w:r>
    </w:p>
    <w:p>
      <w:pPr>
        <w:keepNext w:val="0"/>
        <w:spacing w:before="120" w:after="0" w:line="260" w:lineRule="exact"/>
        <w:ind w:left="360" w:right="0" w:firstLine="0"/>
        <w:jc w:val="left"/>
      </w:pPr>
      <w:r>
        <w:rPr>
          <w:rFonts w:ascii="Times New Roman" w:hAnsi="Times New Roman" w:eastAsia="Times New Roman" w:cs="Times New Roman"/>
          <w:b w:val="0"/>
          <w:sz w:val="24"/>
        </w:rPr>
        <w:t>[Firm city, state, and zip code]</w:t>
      </w:r>
    </w:p>
    <w:p>
      <w:pPr>
        <w:keepNext w:val="0"/>
        <w:spacing w:before="120" w:after="0" w:line="260" w:lineRule="exact"/>
        <w:ind w:left="360" w:right="0" w:firstLine="0"/>
        <w:jc w:val="left"/>
      </w:pPr>
      <w:r>
        <w:rPr>
          <w:rFonts w:ascii="Times New Roman" w:hAnsi="Times New Roman" w:eastAsia="Times New Roman" w:cs="Times New Roman"/>
          <w:b w:val="0"/>
          <w:sz w:val="24"/>
        </w:rPr>
        <w:t>Tel. [firm 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[your business email address]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