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Motion to Compel Attendance and Testimony at Deposition </w:t>
      </w:r>
    </w:p>
    <w:p>
      <w:pPr>
        <w:keepNext w:val="0"/>
        <w:spacing w:after="0" w:line="240" w:lineRule="exact"/>
        <w:ind w:right="0"/>
        <w:jc w:val="both"/>
      </w:pPr>
    </w:p>
    <w:p>
      <w:pPr>
        <w:keepNext w:val="0"/>
        <w:spacing w:before="200" w:after="0" w:line="260" w:lineRule="exact"/>
        <w:ind w:left="360" w:right="0" w:firstLine="0"/>
        <w:jc w:val="center"/>
      </w:pPr>
      <w:r>
        <w:rPr>
          <w:rFonts w:ascii="Times New Roman" w:hAnsi="Times New Roman" w:eastAsia="Times New Roman" w:cs="Times New Roman"/>
          <w:b w:val="0"/>
          <w:sz w:val="24"/>
        </w:rPr>
        <w:t xml:space="preserve">SUPERIOR COURT OF THE STATE OF CALIFORNIA </w:t>
      </w:r>
    </w:p>
    <w:p>
      <w:pPr>
        <w:keepNext w:val="0"/>
        <w:spacing w:before="200" w:after="0" w:line="260" w:lineRule="exact"/>
        <w:ind w:left="360" w:right="0" w:firstLine="0"/>
        <w:jc w:val="center"/>
      </w:pPr>
      <w:r>
        <w:rPr>
          <w:rFonts w:ascii="Times New Roman" w:hAnsi="Times New Roman" w:eastAsia="Times New Roman" w:cs="Times New Roman"/>
          <w:b w:val="0"/>
          <w:sz w:val="24"/>
        </w:rPr>
        <w:t>FOR THE COUNTY OF [county name]</w:t>
      </w:r>
    </w:p>
    <w:p>
      <w:pPr>
        <w:keepNext w:val="0"/>
        <w:spacing w:before="200" w:after="0" w:line="260" w:lineRule="exact"/>
        <w:ind w:left="360" w:right="0" w:firstLine="0"/>
        <w:jc w:val="both"/>
      </w:pPr>
      <w:r>
        <w:rPr>
          <w:rFonts w:ascii="Times New Roman" w:hAnsi="Times New Roman" w:eastAsia="Times New Roman" w:cs="Times New Roman"/>
          <w:b w:val="0"/>
          <w:sz w:val="24"/>
        </w:rPr>
        <w:t>To [responding party designation (e.g., Defendant)] [responding name] and to [his/her/its] attorney of record:</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NOTICE IS HEREBY GIVEN that on [date], at [time], or as soon thereafter as the matter may be heard, in [Department or Division] of this court, located at [street address], [city], [moving party designation (e.g., Plaintiff)] [moving party name] will, and hereby does, move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to compel [name of responding party or party-affiliated deponent] to attend and testify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deposition [and produce for inspection those (documents, electronically stored information, and/or tangible things)] described in the deposition notice served on [date], and will further move for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imposing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monetary sanction against [party deponent or party with whom deponent is affiliated and/or his/her/its attorney (e.g., Defendant (defendant name) and its attorney (attorney name))] and in favor of [moving party (e.g., Plaintiff)], in the amount of $[amount].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motion to compel will be made on the ground that [name of responding party or party-affiliated deponent] failed to attend and testify at the deposition as scheduled [and produce for inspection those documents, electronically stored information, and tangible things described] in the deposition notice, which was served on [name of deponent or party with whom deponent is affiliated] on [date of service],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copy of which is attached to the Declaration of [declarant name]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200" w:after="0" w:line="260" w:lineRule="exact"/>
        <w:ind w:left="360" w:right="0" w:firstLine="0"/>
        <w:jc w:val="both"/>
      </w:pPr>
      <w:r>
        <w:rPr>
          <w:rFonts w:ascii="Times New Roman" w:hAnsi="Times New Roman" w:eastAsia="Times New Roman" w:cs="Times New Roman"/>
          <w:b w:val="0"/>
          <w:sz w:val="24"/>
        </w:rPr>
        <w:t xml:space="preserve">The motion for imposition of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monetary sanction will be made on the ground that [moving party designation (e.g., Plaintiff] incurred reasonable expenses in the amount specified above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[name of deponent]'s failure to comply with the deposition notice.</w:t>
      </w:r>
    </w:p>
    <w:p>
      <w:pPr>
        <w:keepNext w:val="0"/>
        <w:spacing w:before="200" w:after="0" w:line="260" w:lineRule="exact"/>
        <w:ind w:left="360" w:right="0" w:firstLine="0"/>
        <w:jc w:val="both"/>
      </w:pPr>
      <w:r>
        <w:rPr>
          <w:rFonts w:ascii="Times New Roman" w:hAnsi="Times New Roman" w:eastAsia="Times New Roman" w:cs="Times New Roman"/>
          <w:b w:val="0"/>
          <w:sz w:val="24"/>
        </w:rPr>
        <w:t>The motion will be based on this notice of motion, on the declaration[s] of [name(s)] and the memorandum served and filed herewith, on the records and file in this action, and on such evidence as may be presented at the hearing of the motion.</w:t>
      </w:r>
    </w:p>
    <w:p>
      <w:pPr>
        <w:keepNext w:val="0"/>
        <w:spacing w:before="200" w:after="0" w:line="260" w:lineRule="exact"/>
        <w:ind w:left="360" w:right="0" w:firstLine="0"/>
        <w:jc w:val="both"/>
      </w:pPr>
      <w:r>
        <w:rPr>
          <w:rFonts w:ascii="Times New Roman" w:hAnsi="Times New Roman" w:eastAsia="Times New Roman" w:cs="Times New Roman"/>
          <w:b w:val="0"/>
          <w:sz w:val="24"/>
        </w:rPr>
        <w:t>Dated: [date]</w:t>
      </w:r>
    </w:p>
    <w:p>
      <w:pPr>
        <w:keepNext w:val="0"/>
        <w:spacing w:before="120" w:after="0" w:line="260" w:lineRule="exact"/>
        <w:ind w:left="360" w:right="0" w:firstLine="0"/>
        <w:jc w:val="left"/>
      </w:pPr>
      <w:r>
        <w:rPr>
          <w:rFonts w:ascii="Times New Roman" w:hAnsi="Times New Roman" w:eastAsia="Times New Roman" w:cs="Times New Roman"/>
          <w:b w:val="0"/>
          <w:sz w:val="24"/>
        </w:rPr>
        <w:t>[firm name, if any]</w:t>
      </w:r>
    </w:p>
    <w:p>
      <w:pPr>
        <w:keepNext w:val="0"/>
        <w:spacing w:before="120" w:after="0" w:line="260" w:lineRule="exact"/>
        <w:ind w:left="360" w:right="0" w:firstLine="0"/>
        <w:jc w:val="left"/>
      </w:pPr>
      <w:r>
        <w:rPr>
          <w:rFonts w:ascii="Times New Roman" w:hAnsi="Times New Roman" w:eastAsia="Times New Roman" w:cs="Times New Roman"/>
          <w:b w:val="0"/>
          <w:sz w:val="24"/>
        </w:rPr>
        <w:t>By: ____________________ (attorney signature)</w:t>
      </w:r>
    </w:p>
    <w:p>
      <w:pPr>
        <w:keepNext w:val="0"/>
        <w:spacing w:before="120" w:after="0" w:line="260" w:lineRule="exact"/>
        <w:ind w:left="360" w:right="0" w:firstLine="0"/>
        <w:jc w:val="left"/>
      </w:pPr>
      <w:r>
        <w:rPr>
          <w:rFonts w:ascii="Times New Roman" w:hAnsi="Times New Roman" w:eastAsia="Times New Roman" w:cs="Times New Roman"/>
          <w:b w:val="0"/>
          <w:sz w:val="24"/>
        </w:rPr>
        <w:t>[attorney name]</w:t>
      </w:r>
    </w:p>
    <w:p>
      <w:pPr>
        <w:keepNext w:val="0"/>
        <w:spacing w:before="120" w:after="0" w:line="260" w:lineRule="exact"/>
        <w:ind w:left="360" w:right="0" w:firstLine="0"/>
        <w:jc w:val="left"/>
      </w:pPr>
      <w:r>
        <w:rPr>
          <w:rFonts w:ascii="Times New Roman" w:hAnsi="Times New Roman" w:eastAsia="Times New Roman" w:cs="Times New Roman"/>
          <w:b w:val="0"/>
          <w:sz w:val="24"/>
        </w:rPr>
        <w:t>Attorney for [party affiliation (e.g., Plaintiff)] [party name]</w:t>
      </w:r>
    </w:p>
    <w:p>
      <w:pPr>
        <w:keepNext w:val="0"/>
        <w:spacing w:before="120" w:after="0" w:line="260" w:lineRule="exact"/>
        <w:ind w:left="360" w:right="0" w:firstLine="0"/>
        <w:jc w:val="left"/>
      </w:pPr>
      <w:r>
        <w:rPr>
          <w:rFonts w:ascii="Times New Roman" w:hAnsi="Times New Roman" w:eastAsia="Times New Roman" w:cs="Times New Roman"/>
          <w:b w:val="0"/>
          <w:sz w:val="24"/>
        </w:rPr>
        <w:t>DECLARATION OF [declarant name] IN SUPPORT OF MOTION TO COMPEL DEPOSITION TESTIMONY [and/or PRODUCTION]</w:t>
      </w:r>
    </w:p>
    <w:p>
      <w:pPr>
        <w:keepNext w:val="0"/>
        <w:spacing w:before="200" w:after="0" w:line="260" w:lineRule="exact"/>
        <w:ind w:left="720" w:right="0" w:firstLine="0"/>
        <w:jc w:val="both"/>
      </w:pPr>
      <w:r>
        <w:rPr>
          <w:rFonts w:ascii="Times New Roman" w:hAnsi="Times New Roman" w:eastAsia="Times New Roman" w:cs="Times New Roman"/>
          <w:b w:val="0"/>
          <w:sz w:val="24"/>
        </w:rPr>
        <w:t>I, [declarant name], declare:</w:t>
      </w:r>
    </w:p>
    <w:p>
      <w:pPr>
        <w:keepNext w:val="0"/>
        <w:spacing w:before="120" w:after="0" w:line="260" w:lineRule="exact"/>
        <w:ind w:left="1080" w:right="0" w:firstLine="0"/>
        <w:jc w:val="left"/>
      </w:pPr>
      <w:r>
        <w:rPr>
          <w:rFonts w:ascii="Times New Roman" w:hAnsi="Times New Roman" w:eastAsia="Times New Roman" w:cs="Times New Roman"/>
          <w:b w:val="0"/>
          <w:sz w:val="24"/>
        </w:rPr>
        <w:t>1.</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 am [identify declarant (e.g.,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 at law duly admitted to practice before all the courts of the State of California and the attorney of record herein for (specify party) in this action)].</w:t>
      </w:r>
    </w:p>
    <w:p>
      <w:pPr>
        <w:keepNext w:val="0"/>
        <w:spacing w:before="120" w:after="0" w:line="260" w:lineRule="exact"/>
        <w:ind w:left="1080" w:right="0" w:firstLine="0"/>
        <w:jc w:val="left"/>
      </w:pPr>
      <w:r>
        <w:rPr>
          <w:rFonts w:ascii="Times New Roman" w:hAnsi="Times New Roman" w:eastAsia="Times New Roman" w:cs="Times New Roman"/>
          <w:b w:val="0"/>
          <w:sz w:val="24"/>
        </w:rPr>
        <w:t>2.</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[Moving party (e.g., Plaintiff)] [moving party name] is seeking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of this court to compel [name of party or party-affiliated deponent] to attend and testify at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deposition [and produce for inspection those documents, electronically stored information, and things described in the deposition notice served on [date], and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order imposing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monetary sanction against [name of party deponent or party with whom deponent is affiliated and/or his/her attorney (e.g., defendant (name) and his/her attorney (name)].</w:t>
      </w:r>
    </w:p>
    <w:p>
      <w:pPr>
        <w:keepNext w:val="0"/>
        <w:spacing w:before="120" w:after="0" w:line="260" w:lineRule="exact"/>
        <w:ind w:left="1080" w:right="0" w:firstLine="0"/>
        <w:jc w:val="left"/>
      </w:pPr>
      <w:r>
        <w:rPr>
          <w:rFonts w:ascii="Times New Roman" w:hAnsi="Times New Roman" w:eastAsia="Times New Roman" w:cs="Times New Roman"/>
          <w:b w:val="0"/>
          <w:sz w:val="24"/>
        </w:rPr>
        <w:t>3.</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[date], [moving party (e.g., plaintiff)] served the deponent, [deponent name], with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notice to take [his/her/its] deposition on [date], at [place].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true and correct copy of this notice is attached to this declaration as Exhibit </w:t>
      </w:r>
      <w:r>
        <w:rPr>
          <w:rFonts w:ascii="Times New Roman" w:hAnsi="Times New Roman" w:eastAsia="Times New Roman" w:cs="Times New Roman"/>
          <w:b/>
          <w:sz w:val="24"/>
        </w:rPr>
        <w:t>A</w:t>
      </w:r>
      <w:r>
        <w:rPr>
          <w:rFonts w:ascii="Times New Roman" w:hAnsi="Times New Roman" w:eastAsia="Times New Roman" w:cs="Times New Roman"/>
          <w:b w:val="0"/>
          <w:sz w:val="24"/>
        </w:rPr>
        <w:t>.</w:t>
      </w:r>
    </w:p>
    <w:p>
      <w:pPr>
        <w:keepNext w:val="0"/>
        <w:spacing w:before="120" w:after="0" w:line="260" w:lineRule="exact"/>
        <w:ind w:left="1080" w:right="0" w:firstLine="0"/>
        <w:jc w:val="left"/>
      </w:pPr>
      <w:r>
        <w:rPr>
          <w:rFonts w:ascii="Times New Roman" w:hAnsi="Times New Roman" w:eastAsia="Times New Roman" w:cs="Times New Roman"/>
          <w:b w:val="0"/>
          <w:sz w:val="24"/>
        </w:rPr>
        <w:t>4.</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deponent, [deponent name],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party to and [party (e.g., the defendant)] in this action.</w:t>
      </w:r>
    </w:p>
    <w:p>
      <w:pPr>
        <w:keepNext w:val="0"/>
        <w:spacing w:before="120" w:after="0" w:line="260" w:lineRule="exact"/>
        <w:ind w:left="1080" w:right="0" w:firstLine="0"/>
        <w:jc w:val="left"/>
      </w:pPr>
      <w:r>
        <w:rPr>
          <w:rFonts w:ascii="Times New Roman" w:hAnsi="Times New Roman" w:eastAsia="Times New Roman" w:cs="Times New Roman"/>
          <w:b w:val="0"/>
          <w:sz w:val="24"/>
        </w:rPr>
        <w:t>5.</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[Name of party deponent / party with whom deponent is affiliated] did not timely serve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valid objection to the deposition notice pursuant to Section 2025.410 of the California Code of Civil Procedure.</w:t>
      </w:r>
    </w:p>
    <w:p>
      <w:pPr>
        <w:keepNext w:val="0"/>
        <w:spacing w:before="120" w:after="0" w:line="260" w:lineRule="exact"/>
        <w:ind w:left="1080" w:right="0" w:firstLine="0"/>
        <w:jc w:val="left"/>
      </w:pPr>
      <w:r>
        <w:rPr>
          <w:rFonts w:ascii="Times New Roman" w:hAnsi="Times New Roman" w:eastAsia="Times New Roman" w:cs="Times New Roman"/>
          <w:b w:val="0"/>
          <w:sz w:val="24"/>
        </w:rPr>
        <w:t>6.</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The [deponent / designee of the deponent], [name] failed to attend and testify at the deposition as scheduled [and produce for inspection those documents, electronically stored information, and tangible things specified below and described] in the deposition notice.</w:t>
      </w:r>
    </w:p>
    <w:p>
      <w:pPr>
        <w:keepNext w:val="0"/>
        <w:spacing w:before="120" w:after="0" w:line="260" w:lineRule="exact"/>
        <w:ind w:left="1080" w:right="0" w:firstLine="0"/>
        <w:jc w:val="left"/>
      </w:pPr>
      <w:r>
        <w:rPr>
          <w:rFonts w:ascii="Times New Roman" w:hAnsi="Times New Roman" w:eastAsia="Times New Roman" w:cs="Times New Roman"/>
          <w:b w:val="0"/>
          <w:sz w:val="24"/>
        </w:rPr>
        <w:t>7.</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On or about [date], [moving party (e.g., Plaintiff)], contacted the [deponent / attorney for the deponent] to inquire about [his/her/its] nonappearance but [provide statement of facts showing reasonable and good faith attempt to resolve informally issues relating to deponent's nonappearance].</w:t>
      </w:r>
    </w:p>
    <w:p>
      <w:pPr>
        <w:keepNext w:val="0"/>
        <w:spacing w:before="120" w:after="0" w:line="260" w:lineRule="exact"/>
        <w:ind w:left="1080" w:right="0" w:firstLine="0"/>
        <w:jc w:val="left"/>
      </w:pPr>
      <w:r>
        <w:rPr>
          <w:rFonts w:ascii="Times New Roman" w:hAnsi="Times New Roman" w:eastAsia="Times New Roman" w:cs="Times New Roman"/>
          <w:b w:val="0"/>
          <w:sz w:val="24"/>
        </w:rPr>
        <w:t>8.</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result of this failure by [name of party / party-affiliated deponent], [moving party (e.g., plaintiff)] has incurred expenses as follows: [itemize reasonable expenses], for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total of [amount].</w:t>
      </w:r>
    </w:p>
    <w:p>
      <w:pPr>
        <w:keepNext w:val="0"/>
        <w:spacing w:before="120" w:after="0" w:line="260" w:lineRule="exact"/>
        <w:ind w:left="1080" w:right="0" w:firstLine="0"/>
        <w:jc w:val="left"/>
      </w:pPr>
      <w:r>
        <w:rPr>
          <w:rFonts w:ascii="Times New Roman" w:hAnsi="Times New Roman" w:eastAsia="Times New Roman" w:cs="Times New Roman"/>
          <w:b w:val="0"/>
          <w:sz w:val="24"/>
        </w:rPr>
        <w:t>9.</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 [Include any additional facts that may be needed to rebut the arguments you anticipate the deponent will make in opposition, such as that the deposition is unnecessary or harassing, the documents have already been produced or the requests are unduly burdensome].</w:t>
      </w:r>
    </w:p>
    <w:p>
      <w:pPr>
        <w:keepNext w:val="0"/>
        <w:spacing w:before="200" w:after="0" w:line="260" w:lineRule="exact"/>
        <w:ind w:left="720" w:right="0" w:firstLine="0"/>
        <w:jc w:val="both"/>
      </w:pPr>
      <w:r>
        <w:rPr>
          <w:rFonts w:ascii="Times New Roman" w:hAnsi="Times New Roman" w:eastAsia="Times New Roman" w:cs="Times New Roman"/>
          <w:b w:val="0"/>
          <w:sz w:val="24"/>
        </w:rPr>
        <w:t>I declare under penalty of perjury under the laws of the State of California that the foregoing is true and correct.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[date]</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 [signature]</w:t>
      </w:r>
    </w:p>
    <w:p>
      <w:pPr>
        <w:keepNext w:val="0"/>
        <w:spacing w:before="120" w:after="0" w:line="260" w:lineRule="exact"/>
        <w:ind w:left="720" w:right="0" w:firstLine="0"/>
        <w:jc w:val="left"/>
      </w:pPr>
      <w:r>
        <w:rPr>
          <w:rFonts w:ascii="Times New Roman" w:hAnsi="Times New Roman" w:eastAsia="Times New Roman" w:cs="Times New Roman"/>
          <w:b w:val="0"/>
          <w:sz w:val="24"/>
        </w:rPr>
        <w:t xml:space="preserve"> [typed name]</w:t>
      </w:r>
    </w:p>
    <w:p>
      <w:pPr/>
    </w:p>
    <w:p>
      <w:pPr>
        <w:keepNext w:val="0"/>
        <w:spacing w:before="120" w:after="0" w:line="260" w:lineRule="exact"/>
        <w:ind w:left="360" w:right="0" w:firstLine="0"/>
        <w:jc w:val="left"/>
      </w:pPr>
      <w:r>
        <w:rPr>
          <w:rFonts w:ascii="Times New Roman" w:hAnsi="Times New Roman" w:eastAsia="Times New Roman" w:cs="Times New Roman"/>
          <w:b/>
          <w:sz w:val="24"/>
        </w:rPr>
        <w:t>MEMORANDUM IN SUPPORT OF MOTION</w:t>
      </w:r>
    </w:p>
    <w:p>
      <w:pPr>
        <w:keepNext w:val="0"/>
        <w:spacing w:before="200" w:after="0" w:line="260" w:lineRule="exact"/>
        <w:ind w:left="720" w:right="0" w:firstLine="0"/>
        <w:jc w:val="center"/>
      </w:pPr>
      <w:r>
        <w:rPr>
          <w:rFonts w:ascii="Times New Roman" w:hAnsi="Times New Roman" w:eastAsia="Times New Roman" w:cs="Times New Roman"/>
          <w:b w:val="0"/>
          <w:sz w:val="24"/>
        </w:rPr>
        <w:t>[Add memorandum supporting motion]</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