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Motion to Dismiss Pursuant to  Federal Rule of Civil Procedure 12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IN THE UNITED STATES DISTRICT COURT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FOR THE [NAME] DISTRICT OF [STATE]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[NAME] DIVISION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DEFENDANT’S MOTION TO DISMISS COMPLAINT PURSUANT TO RULE OF CIVIL PROCEDURE 12(b)(6)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Pursuant to Federal Rule of Civil Procedure 12(b)(6), Defendant [Defendant’s name] (“Defendant”) hereby move this Court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dismissing the Complaint filed by [Plaintiff’s name] for failure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claim. In support of this Motion, Defendant incorporates herein [or relies upon] the accompanying Memorandum of Law.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Defendant requests that the Court enter the proposed Order dismissing Plaintiff’s Complaint.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 for Defendant]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address, phone number, and 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Counsel for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[Name of Defendant]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