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Motion to Withdraw as Counsel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after="0" w:line="30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Table of Contents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NO. [case file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MOTION TO WITHDRAW AS COUNSEL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TO THE HONORABLE COURT: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 of withdrawing attorney] moves this court under Tex. R. Civ. P. 10 for permission to withdraw from representing [client party designation, e.g., plaintiff] [client name] in this action and permitting [name of new attorney] to be substituted as counsel and in support of this motion shows: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Good Cause for Withdrawal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 of withdrawing attorney] has good cause to withdraw as counsel in this case, as shown by [specify supporting evidence, e.g., the accompanying declaration of (declarant name)], in that [state reason for withdrawal].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 to Be Substituted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new attorney to be substituted in this matter is [name, address, telephone number, telecopier number (if any), and state bar number of substitute attorney]. [Client name] consents to the substitution. The withdrawal and substitution are not sought for delay alone.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WHEREFORE, [name of withdrawing attorney], respectfully requests that this court make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order permitting  [him / her] to withdraw from representing [client name] in this action and for any other relief that may be appropriate to facilitate such withdrawal and protect the interests of [client name].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Respectfully submitted,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[firm name, if any]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 (attorney signature)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[typed name],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State Bar of Texas No. [state bar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[telephone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[fax number, if any]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[email 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Attorney for [client party designation, e.g., Plaintiff] [client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CERTIFICATE OF SERVICE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 certify that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true copy of the above Motion to Withdraw as Counsel has this day been served on [client name] [personally or by both certified and regular first-class mail to (client name)'s last known address]. The Motion has also been served on the following parties to this action by [manner of service (e.g., electronically by transmission to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electronic filing service provider for service through the state's electronic filing manager)]: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[counsel/party name(s), address(es), party designation(s)]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SIGNED:  [date]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 (attorney signature)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Attorney for [client party designation, e.g., Plaintiff] [client name]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[Attach supporting declaration(s) or affidavit(s)]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