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Name Reservation Request Cancellation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DEPARTMENT OF STATE OF THE STATE OF NEW YORK: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Applicant’s Name: [APPLICANT’S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Applicant’s Address: [APPLICANT’S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cancel the reservation of the name “[RESERVED NAME]”, issued to the undersigned on [DATE ORIGINAL CERTIFICATE OF RESERVATION WAS RECEIVED].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certificate of reservation is returned herewith.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filing fee of $20 made to the New York Department of State is also included.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CITY], New York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NAME] [As attorney / agent for ____________, Applicant]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