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NEBRASKA 7-DAY NOTICE TO QUIT</w:t>
      </w:r>
    </w:p>
    <w:p>
      <w:pPr>
        <w:jc w:val="center"/>
      </w:pPr>
      <w:r>
        <w:rPr>
          <w:rFonts w:ascii="Times New Roman" w:hAnsi="Times New Roman" w:eastAsia="Times New Roman" w:cs="Times New Roman"/>
          <w:sz w:val="24"/>
        </w:rPr>
        <w:t>§ 76-1431(2)</w:t>
      </w:r>
    </w:p>
    <w:p>
      <w:pPr>
        <w:jc w:val="center"/>
      </w:pPr>
    </w:p>
    <w:p>
      <w:pPr>
        <w:jc w:val="center"/>
      </w:pPr>
    </w:p>
    <w:p>
      <w:pPr/>
      <w:r>
        <w:rPr>
          <w:rFonts w:ascii="Times New Roman" w:hAnsi="Times New Roman" w:eastAsia="Times New Roman" w:cs="Times New Roman"/>
          <w:sz w:val="24"/>
        </w:rPr>
        <w:t>To: _____________________________________________________________________</w:t>
      </w:r>
    </w:p>
    <w:p>
      <w:pPr/>
    </w:p>
    <w:p>
      <w:pPr/>
      <w:r>
        <w:rPr>
          <w:rFonts w:ascii="Times New Roman" w:hAnsi="Times New Roman" w:eastAsia="Times New Roman" w:cs="Times New Roman"/>
          <w:sz w:val="24"/>
        </w:rPr>
        <w:t>All residents (tenants and subtenants) in possession and all other in possession</w:t>
      </w:r>
    </w:p>
    <w:p>
      <w:pPr/>
    </w:p>
    <w:p>
      <w:pPr>
        <w:spacing w:line="360" w:lineRule="auto"/>
      </w:pPr>
      <w:r>
        <w:rPr>
          <w:rFonts w:ascii="Times New Roman" w:hAnsi="Times New Roman" w:eastAsia="Times New Roman" w:cs="Times New Roman"/>
          <w:sz w:val="24"/>
        </w:rPr>
        <w:t>The premises herein referred to is located in the City of __________________________,</w:t>
      </w:r>
    </w:p>
    <w:p>
      <w:pPr>
        <w:spacing w:line="360" w:lineRule="auto"/>
      </w:pPr>
      <w:r>
        <w:rPr>
          <w:rFonts w:ascii="Times New Roman" w:hAnsi="Times New Roman" w:eastAsia="Times New Roman" w:cs="Times New Roman"/>
          <w:sz w:val="24"/>
        </w:rPr>
        <w:t>County of __________________ State of Nebraska, Zip Code __________ designated by the number and street as ________________________________________</w:t>
      </w:r>
    </w:p>
    <w:p>
      <w:pPr>
        <w:spacing w:line="360" w:lineRule="auto"/>
      </w:pPr>
      <w:r>
        <w:rPr>
          <w:rFonts w:ascii="Times New Roman" w:hAnsi="Times New Roman" w:eastAsia="Times New Roman" w:cs="Times New Roman"/>
          <w:sz w:val="24"/>
        </w:rPr>
        <w:t>Apt.______.</w:t>
      </w:r>
    </w:p>
    <w:p>
      <w:pPr>
        <w:spacing w:line="360" w:lineRule="auto"/>
      </w:pPr>
      <w:r>
        <w:rPr>
          <w:rFonts w:ascii="Times New Roman" w:hAnsi="Times New Roman" w:eastAsia="Times New Roman" w:cs="Times New Roman"/>
          <w:sz w:val="24"/>
        </w:rPr>
        <w:t xml:space="preserve">In accordance with your lease agreement signed on the _____ day of ____________________, 20_____ and the laws in the State of Nebraska: </w:t>
      </w:r>
    </w:p>
    <w:p>
      <w:pPr>
        <w:spacing w:line="360" w:lineRule="auto"/>
      </w:pPr>
    </w:p>
    <w:p>
      <w:pPr>
        <w:spacing w:line="360" w:lineRule="auto"/>
      </w:pPr>
      <w:r>
        <w:rPr>
          <w:rFonts w:ascii="Times New Roman" w:hAnsi="Times New Roman" w:eastAsia="Times New Roman" w:cs="Times New Roman"/>
          <w:b/>
          <w:sz w:val="24"/>
        </w:rPr>
        <w:t xml:space="preserve">WITHIN SEVEN (7) DAYS </w:t>
      </w:r>
      <w:r>
        <w:rPr>
          <w:rFonts w:ascii="Times New Roman" w:hAnsi="Times New Roman" w:eastAsia="Times New Roman" w:cs="Times New Roman"/>
          <w:sz w:val="24"/>
        </w:rPr>
        <w:t>after service on you of this notice, you are hereby required to pay to the undersigned or __________________________ an authorized agent, the rent of the premises hereinafter described, of which you now hold possession amounting to the sum of: ______________________________ Dollars ($______________________) enumerated as follows:</w:t>
      </w:r>
    </w:p>
    <w:p>
      <w:pPr>
        <w:spacing w:line="360" w:lineRule="auto"/>
      </w:pPr>
      <w:r>
        <w:rPr>
          <w:rFonts w:ascii="Times New Roman" w:hAnsi="Times New Roman" w:eastAsia="Times New Roman" w:cs="Times New Roman"/>
          <w:b/>
          <w:sz w:val="24"/>
        </w:rPr>
        <w:t>$________________ Due from ______________, 20____ To ______________, 20____</w:t>
      </w:r>
    </w:p>
    <w:p>
      <w:pPr>
        <w:spacing w:line="360" w:lineRule="auto"/>
      </w:pPr>
      <w:r>
        <w:rPr>
          <w:rFonts w:ascii="Times New Roman" w:hAnsi="Times New Roman" w:eastAsia="Times New Roman" w:cs="Times New Roman"/>
          <w:sz w:val="24"/>
        </w:rPr>
        <w:t>or quit and deliver up the possession of the premises.</w:t>
      </w:r>
    </w:p>
    <w:p>
      <w:pPr/>
    </w:p>
    <w:p>
      <w:pPr/>
      <w:r>
        <w:rPr>
          <w:rFonts w:ascii="Times New Roman" w:hAnsi="Times New Roman" w:eastAsia="Times New Roman" w:cs="Times New Roman"/>
          <w:b/>
          <w:sz w:val="24"/>
        </w:rPr>
        <w:t xml:space="preserve">YOU ARE FURTHER NOTIFIED THAT, </w:t>
      </w:r>
      <w:r>
        <w:rPr>
          <w:rFonts w:ascii="Times New Roman" w:hAnsi="Times New Roman" w:eastAsia="Times New Roman" w:cs="Times New Roman"/>
          <w:sz w:val="24"/>
        </w:rPr>
        <w:t xml:space="preserve">the owner/landlord does hereby elect to declare that forfeiture of your lease or rental agreement under which you hold possession of the above described premises and if you fail to perform or otherwise comply, will institute legal proceedings to recover rent and possession of said premises which would result in a judgment against you including costs and necessary disbursements together with possible statutory damages as allowed by law for such unlawful detention. </w:t>
      </w:r>
    </w:p>
    <w:p>
      <w:pPr/>
    </w:p>
    <w:p>
      <w:pPr/>
    </w:p>
    <w:p>
      <w:pPr/>
      <w:r>
        <w:rPr>
          <w:rFonts w:ascii="Times New Roman" w:hAnsi="Times New Roman" w:eastAsia="Times New Roman" w:cs="Times New Roman"/>
          <w:b/>
          <w:sz w:val="24"/>
        </w:rPr>
        <w:t>Landlord/Agent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p>
    <w:p>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r>
        <w:rPr>
          <w:rFonts w:ascii="Times New Roman" w:hAnsi="Times New Roman" w:eastAsia="Times New Roman" w:cs="Times New Roman"/>
          <w:b/>
          <w:sz w:val="24"/>
        </w:rPr>
        <w:t>CERTIFICATE OF SERVICE</w:t>
      </w:r>
    </w:p>
    <w:p>
      <w:pPr>
        <w:jc w:val="center"/>
      </w:pPr>
    </w:p>
    <w:p>
      <w:pPr/>
    </w:p>
    <w:p>
      <w:pPr/>
      <w:r>
        <w:rPr>
          <w:rFonts w:ascii="Times New Roman" w:hAnsi="Times New Roman" w:eastAsia="Times New Roman" w:cs="Times New Roman"/>
          <w:sz w:val="24"/>
        </w:rPr>
        <w:t xml:space="preserve">I certify that on the _____ day of ____________________, 20_____ I served this notice on </w:t>
      </w:r>
    </w:p>
    <w:p>
      <w:pPr/>
    </w:p>
    <w:p>
      <w:pPr/>
      <w:r>
        <w:rPr>
          <w:rFonts w:ascii="Times New Roman" w:hAnsi="Times New Roman" w:eastAsia="Times New Roman" w:cs="Times New Roman"/>
          <w:sz w:val="24"/>
        </w:rPr>
        <w:t xml:space="preserve">__________________________ by </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delivering it personally to the person in possession.</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delivering it on the premises to a member of his/her family or household or an employee of suitable age and discretion with a request that it be delivered to the person in possession.</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first-class mail addressed to the person in possession.</w:t>
      </w:r>
    </w:p>
    <w:p>
      <w:pPr/>
    </w:p>
    <w:p>
      <w:pPr/>
      <w:r>
        <w:rPr>
          <w:rFonts w:ascii="Times New Roman" w:hAnsi="Times New Roman" w:eastAsia="Times New Roman" w:cs="Times New Roman"/>
          <w:sz w:val="24"/>
        </w:rPr>
        <w:t xml:space="preserve">Signature </w:t>
      </w:r>
      <w:r>
        <w:rPr>
          <w:rFonts w:ascii="Times New Roman" w:hAnsi="Times New Roman" w:eastAsia="Times New Roman" w:cs="Times New Roman"/>
          <w:sz w:val="24"/>
        </w:rPr>
        <w:t>___________________________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