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Nebrask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Nebrask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