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Nebraska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Chapter 30 (Decedent's Estate; Protection of Persons and Property)</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Nebraska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Nebraska</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