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NEBRASKA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Nebraska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_]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 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_,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Print Name 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_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