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Nebraska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Nebraska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